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418"/>
      </w:tblGrid>
      <w:tr w:rsidR="00665340" w14:paraId="2A06EA1B" w14:textId="77777777" w:rsidTr="00665340">
        <w:trPr>
          <w:trHeight w:val="1859"/>
        </w:trPr>
        <w:tc>
          <w:tcPr>
            <w:tcW w:w="10644" w:type="dxa"/>
          </w:tcPr>
          <w:p w14:paraId="50A65CF4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48D50F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T.C.</w:t>
            </w:r>
          </w:p>
          <w:p w14:paraId="1A2260D1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 xml:space="preserve">HARRAN ÜNİVERSİTESİ ZİRAAT FAKÜLTESİ </w:t>
            </w:r>
          </w:p>
          <w:p w14:paraId="33E8E687" w14:textId="77777777" w:rsidR="00665340" w:rsidRPr="00EF3DF9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YANDAL PROGRAMI MÜFREDATI</w:t>
            </w:r>
          </w:p>
          <w:p w14:paraId="08E09027" w14:textId="77777777" w:rsidR="00665340" w:rsidRDefault="00665340" w:rsidP="00504626"/>
        </w:tc>
      </w:tr>
    </w:tbl>
    <w:p w14:paraId="664FE1A7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56FE4F5" w14:textId="77777777" w:rsidTr="00B35BEF">
        <w:tc>
          <w:tcPr>
            <w:tcW w:w="10702" w:type="dxa"/>
            <w:gridSpan w:val="3"/>
            <w:shd w:val="clear" w:color="auto" w:fill="F85111"/>
          </w:tcPr>
          <w:p w14:paraId="2190A753" w14:textId="32C24666" w:rsidR="00665340" w:rsidRPr="00383E6B" w:rsidRDefault="000C6789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TOPRAK BİLİMİ VE BİTKİ BESLEME</w:t>
            </w:r>
            <w:r w:rsidR="00FF2408">
              <w:rPr>
                <w:b/>
                <w:bCs/>
                <w:color w:val="FFFFFF" w:themeColor="background1"/>
              </w:rPr>
              <w:t xml:space="preserve">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409C5AF9" w14:textId="77777777" w:rsidTr="00B35BEF">
        <w:tc>
          <w:tcPr>
            <w:tcW w:w="1985" w:type="dxa"/>
            <w:shd w:val="clear" w:color="auto" w:fill="F85111"/>
          </w:tcPr>
          <w:p w14:paraId="70AF619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1340E9B4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3C52693F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0C6789" w14:paraId="69365256" w14:textId="77777777" w:rsidTr="00B35BEF">
        <w:tc>
          <w:tcPr>
            <w:tcW w:w="1985" w:type="dxa"/>
          </w:tcPr>
          <w:p w14:paraId="495AC811" w14:textId="6912FD55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2406260502</w:t>
            </w:r>
          </w:p>
        </w:tc>
        <w:tc>
          <w:tcPr>
            <w:tcW w:w="6237" w:type="dxa"/>
          </w:tcPr>
          <w:p w14:paraId="3ABA0433" w14:textId="188D94A0" w:rsidR="000C6789" w:rsidRPr="000C6789" w:rsidRDefault="000C6789" w:rsidP="000C6789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ANALITIK KIMYA</w:t>
            </w:r>
          </w:p>
        </w:tc>
        <w:tc>
          <w:tcPr>
            <w:tcW w:w="2480" w:type="dxa"/>
          </w:tcPr>
          <w:p w14:paraId="0D3FF212" w14:textId="0A8B8370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0C6789" w14:paraId="0FD75268" w14:textId="77777777" w:rsidTr="00B35BEF">
        <w:tc>
          <w:tcPr>
            <w:tcW w:w="1985" w:type="dxa"/>
          </w:tcPr>
          <w:p w14:paraId="6401971D" w14:textId="253E13D7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2406260504</w:t>
            </w:r>
          </w:p>
        </w:tc>
        <w:tc>
          <w:tcPr>
            <w:tcW w:w="6237" w:type="dxa"/>
          </w:tcPr>
          <w:p w14:paraId="2C0F26A0" w14:textId="598BE2C4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KARTOGRAFYA</w:t>
            </w:r>
          </w:p>
        </w:tc>
        <w:tc>
          <w:tcPr>
            <w:tcW w:w="2480" w:type="dxa"/>
          </w:tcPr>
          <w:p w14:paraId="5C49A1F6" w14:textId="668753DD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0C6789" w14:paraId="2D5A4AAD" w14:textId="77777777" w:rsidTr="00B35BEF">
        <w:tc>
          <w:tcPr>
            <w:tcW w:w="1985" w:type="dxa"/>
          </w:tcPr>
          <w:p w14:paraId="528112CE" w14:textId="70A93D3E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2406000404</w:t>
            </w:r>
          </w:p>
        </w:tc>
        <w:tc>
          <w:tcPr>
            <w:tcW w:w="6237" w:type="dxa"/>
          </w:tcPr>
          <w:p w14:paraId="3CBB5D6D" w14:textId="279F6C4F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BILIMI</w:t>
            </w:r>
          </w:p>
        </w:tc>
        <w:tc>
          <w:tcPr>
            <w:tcW w:w="2480" w:type="dxa"/>
          </w:tcPr>
          <w:p w14:paraId="7AFBEA59" w14:textId="2A0AE50C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0C6789" w14:paraId="641A1248" w14:textId="77777777" w:rsidTr="00B35BEF">
        <w:tc>
          <w:tcPr>
            <w:tcW w:w="1985" w:type="dxa"/>
          </w:tcPr>
          <w:p w14:paraId="7BEF895D" w14:textId="7F01C8BC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2406260600</w:t>
            </w:r>
          </w:p>
        </w:tc>
        <w:tc>
          <w:tcPr>
            <w:tcW w:w="6237" w:type="dxa"/>
          </w:tcPr>
          <w:p w14:paraId="2F75AFAB" w14:textId="027ECA2A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BİYOLOJİSİ</w:t>
            </w:r>
          </w:p>
        </w:tc>
        <w:tc>
          <w:tcPr>
            <w:tcW w:w="2480" w:type="dxa"/>
          </w:tcPr>
          <w:p w14:paraId="50E108C3" w14:textId="551E5618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0C6789" w14:paraId="720EF9FC" w14:textId="77777777" w:rsidTr="00B35BEF">
        <w:tc>
          <w:tcPr>
            <w:tcW w:w="1985" w:type="dxa"/>
          </w:tcPr>
          <w:p w14:paraId="573C2E25" w14:textId="07D9B057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2406260702</w:t>
            </w:r>
          </w:p>
        </w:tc>
        <w:tc>
          <w:tcPr>
            <w:tcW w:w="6237" w:type="dxa"/>
          </w:tcPr>
          <w:p w14:paraId="3AC3210D" w14:textId="454EA703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UZAKTAN ALGILAMA</w:t>
            </w:r>
          </w:p>
        </w:tc>
        <w:tc>
          <w:tcPr>
            <w:tcW w:w="2480" w:type="dxa"/>
          </w:tcPr>
          <w:p w14:paraId="6AD7C0DE" w14:textId="7569FAC6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0C6789" w14:paraId="6EF7680F" w14:textId="77777777" w:rsidTr="00B35BEF">
        <w:tc>
          <w:tcPr>
            <w:tcW w:w="1985" w:type="dxa"/>
          </w:tcPr>
          <w:p w14:paraId="4399239F" w14:textId="7DC67237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2406260605</w:t>
            </w:r>
          </w:p>
        </w:tc>
        <w:tc>
          <w:tcPr>
            <w:tcW w:w="6237" w:type="dxa"/>
          </w:tcPr>
          <w:p w14:paraId="64F853F7" w14:textId="4118A496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VE BİTKİ ANALİZLERİ</w:t>
            </w:r>
          </w:p>
        </w:tc>
        <w:tc>
          <w:tcPr>
            <w:tcW w:w="2480" w:type="dxa"/>
          </w:tcPr>
          <w:p w14:paraId="25BA1654" w14:textId="696EEB07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0C6789" w14:paraId="19D558FF" w14:textId="77777777" w:rsidTr="00B35BEF">
        <w:tc>
          <w:tcPr>
            <w:tcW w:w="1985" w:type="dxa"/>
          </w:tcPr>
          <w:p w14:paraId="245FF599" w14:textId="5F3B51E5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2406000201</w:t>
            </w:r>
          </w:p>
        </w:tc>
        <w:tc>
          <w:tcPr>
            <w:tcW w:w="6237" w:type="dxa"/>
          </w:tcPr>
          <w:p w14:paraId="105DA283" w14:textId="01C19CAE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JEOLOJİ</w:t>
            </w:r>
          </w:p>
        </w:tc>
        <w:tc>
          <w:tcPr>
            <w:tcW w:w="2480" w:type="dxa"/>
          </w:tcPr>
          <w:p w14:paraId="73302A58" w14:textId="7BA4748E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0C6789" w14:paraId="6437DCD7" w14:textId="77777777" w:rsidTr="00B35BEF">
        <w:tc>
          <w:tcPr>
            <w:tcW w:w="1985" w:type="dxa"/>
          </w:tcPr>
          <w:p w14:paraId="28C3FF30" w14:textId="6F187860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2406260701</w:t>
            </w:r>
          </w:p>
        </w:tc>
        <w:tc>
          <w:tcPr>
            <w:tcW w:w="6237" w:type="dxa"/>
          </w:tcPr>
          <w:p w14:paraId="02219208" w14:textId="18CEF755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ISLAHI VE DÜZENLEYİCİLERİ</w:t>
            </w:r>
          </w:p>
        </w:tc>
        <w:tc>
          <w:tcPr>
            <w:tcW w:w="2480" w:type="dxa"/>
          </w:tcPr>
          <w:p w14:paraId="5CEBFC38" w14:textId="56F3467A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0C6789" w14:paraId="108EF134" w14:textId="77777777" w:rsidTr="00B35BEF">
        <w:tc>
          <w:tcPr>
            <w:tcW w:w="1985" w:type="dxa"/>
          </w:tcPr>
          <w:p w14:paraId="4E20158C" w14:textId="4DE3A4EA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2406260603</w:t>
            </w:r>
          </w:p>
        </w:tc>
        <w:tc>
          <w:tcPr>
            <w:tcW w:w="6237" w:type="dxa"/>
          </w:tcPr>
          <w:p w14:paraId="3FE775D9" w14:textId="313A82BF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GÜBRELER VE TARIMSAL VERİMLİLİK</w:t>
            </w:r>
          </w:p>
        </w:tc>
        <w:tc>
          <w:tcPr>
            <w:tcW w:w="2480" w:type="dxa"/>
          </w:tcPr>
          <w:p w14:paraId="2DA0E571" w14:textId="2CB695C8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0C6789" w14:paraId="39377709" w14:textId="77777777" w:rsidTr="00B35BEF">
        <w:tc>
          <w:tcPr>
            <w:tcW w:w="1985" w:type="dxa"/>
          </w:tcPr>
          <w:p w14:paraId="56C80080" w14:textId="739CDC90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2406260703</w:t>
            </w:r>
          </w:p>
        </w:tc>
        <w:tc>
          <w:tcPr>
            <w:tcW w:w="6237" w:type="dxa"/>
          </w:tcPr>
          <w:p w14:paraId="51C81992" w14:textId="63C68861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OLUŞUMU VE SINIFLANDIRILMASI</w:t>
            </w:r>
          </w:p>
        </w:tc>
        <w:tc>
          <w:tcPr>
            <w:tcW w:w="2480" w:type="dxa"/>
          </w:tcPr>
          <w:p w14:paraId="0489E589" w14:textId="526AEC0C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0C6789" w14:paraId="6CFA2C44" w14:textId="77777777" w:rsidTr="00B35BEF">
        <w:tc>
          <w:tcPr>
            <w:tcW w:w="1985" w:type="dxa"/>
          </w:tcPr>
          <w:p w14:paraId="1FDE6BF0" w14:textId="6AEE5708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2406000604</w:t>
            </w:r>
          </w:p>
        </w:tc>
        <w:tc>
          <w:tcPr>
            <w:tcW w:w="6237" w:type="dxa"/>
          </w:tcPr>
          <w:p w14:paraId="32DF9D98" w14:textId="548DC378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BITKI BESLEME</w:t>
            </w:r>
          </w:p>
        </w:tc>
        <w:tc>
          <w:tcPr>
            <w:tcW w:w="2480" w:type="dxa"/>
          </w:tcPr>
          <w:p w14:paraId="47ADAE07" w14:textId="5D90AC48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0C6789" w14:paraId="55FB9FAC" w14:textId="77777777" w:rsidTr="00B35BEF">
        <w:tc>
          <w:tcPr>
            <w:tcW w:w="1985" w:type="dxa"/>
          </w:tcPr>
          <w:p w14:paraId="65372AE1" w14:textId="122E3042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2406260601</w:t>
            </w:r>
          </w:p>
        </w:tc>
        <w:tc>
          <w:tcPr>
            <w:tcW w:w="6237" w:type="dxa"/>
          </w:tcPr>
          <w:p w14:paraId="1074F61F" w14:textId="10FE0F3F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MINERALOJISI</w:t>
            </w:r>
          </w:p>
        </w:tc>
        <w:tc>
          <w:tcPr>
            <w:tcW w:w="2480" w:type="dxa"/>
          </w:tcPr>
          <w:p w14:paraId="7212CAD1" w14:textId="7D9BB15C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FF2408" w14:paraId="68499B32" w14:textId="77777777" w:rsidTr="00B35BEF">
        <w:tc>
          <w:tcPr>
            <w:tcW w:w="1985" w:type="dxa"/>
          </w:tcPr>
          <w:p w14:paraId="0F0B9BE6" w14:textId="77777777" w:rsidR="00FF2408" w:rsidRPr="000C6789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B688E8F" w14:textId="77777777" w:rsidR="00FF2408" w:rsidRPr="000C6789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0C6789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0C6789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Grubu</w:t>
            </w:r>
            <w:r w:rsidRPr="000C6789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(En</w:t>
            </w:r>
            <w:r w:rsidRPr="000C6789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az</w:t>
            </w:r>
            <w:r w:rsidRPr="000C6789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5</w:t>
            </w:r>
            <w:r w:rsidRPr="000C6789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AKTS</w:t>
            </w:r>
            <w:r w:rsidRPr="000C6789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0C6789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0C6789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0C6789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almalıdır)</w:t>
            </w:r>
          </w:p>
        </w:tc>
        <w:tc>
          <w:tcPr>
            <w:tcW w:w="2480" w:type="dxa"/>
          </w:tcPr>
          <w:p w14:paraId="0531F326" w14:textId="77777777" w:rsidR="00FF2408" w:rsidRPr="000C6789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C6789" w14:paraId="6E8DFD37" w14:textId="77777777" w:rsidTr="00B35BEF">
        <w:tc>
          <w:tcPr>
            <w:tcW w:w="1985" w:type="dxa"/>
          </w:tcPr>
          <w:p w14:paraId="6AD3B550" w14:textId="00A4A99A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2406000311</w:t>
            </w:r>
          </w:p>
        </w:tc>
        <w:tc>
          <w:tcPr>
            <w:tcW w:w="6237" w:type="dxa"/>
          </w:tcPr>
          <w:p w14:paraId="56DFAA55" w14:textId="480B36C3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VE SU KORUMA</w:t>
            </w:r>
          </w:p>
        </w:tc>
        <w:tc>
          <w:tcPr>
            <w:tcW w:w="2480" w:type="dxa"/>
          </w:tcPr>
          <w:p w14:paraId="5D966AD9" w14:textId="7140AB0F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0C6789" w14:paraId="4EB4E099" w14:textId="77777777" w:rsidTr="00B35BEF">
        <w:tc>
          <w:tcPr>
            <w:tcW w:w="1985" w:type="dxa"/>
          </w:tcPr>
          <w:p w14:paraId="583826E2" w14:textId="58EF4A0C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2406260807</w:t>
            </w:r>
          </w:p>
        </w:tc>
        <w:tc>
          <w:tcPr>
            <w:tcW w:w="6237" w:type="dxa"/>
          </w:tcPr>
          <w:p w14:paraId="7D388856" w14:textId="6EF881E7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BİTKİ STRES FİZYOLOJİSİ</w:t>
            </w:r>
          </w:p>
        </w:tc>
        <w:tc>
          <w:tcPr>
            <w:tcW w:w="2480" w:type="dxa"/>
          </w:tcPr>
          <w:p w14:paraId="7CD33C15" w14:textId="4E9C6910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0C6789" w14:paraId="5B4541ED" w14:textId="77777777" w:rsidTr="00B35BEF">
        <w:tc>
          <w:tcPr>
            <w:tcW w:w="1985" w:type="dxa"/>
          </w:tcPr>
          <w:p w14:paraId="0C1927E0" w14:textId="61776519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2406000309</w:t>
            </w:r>
          </w:p>
        </w:tc>
        <w:tc>
          <w:tcPr>
            <w:tcW w:w="6237" w:type="dxa"/>
          </w:tcPr>
          <w:p w14:paraId="3C1B6B21" w14:textId="3C6E6B90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AKILLI TARIM</w:t>
            </w:r>
          </w:p>
        </w:tc>
        <w:tc>
          <w:tcPr>
            <w:tcW w:w="2480" w:type="dxa"/>
          </w:tcPr>
          <w:p w14:paraId="02E9B805" w14:textId="73215A56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0C6789" w14:paraId="42A57051" w14:textId="77777777" w:rsidTr="00B35BEF">
        <w:tc>
          <w:tcPr>
            <w:tcW w:w="1985" w:type="dxa"/>
          </w:tcPr>
          <w:p w14:paraId="363896CD" w14:textId="61938C14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2406260705</w:t>
            </w:r>
          </w:p>
        </w:tc>
        <w:tc>
          <w:tcPr>
            <w:tcW w:w="6237" w:type="dxa"/>
          </w:tcPr>
          <w:p w14:paraId="33FE181B" w14:textId="7471B840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BİTKİ BİYOKİMYASI</w:t>
            </w:r>
          </w:p>
        </w:tc>
        <w:tc>
          <w:tcPr>
            <w:tcW w:w="2480" w:type="dxa"/>
          </w:tcPr>
          <w:p w14:paraId="35EF9149" w14:textId="49B6590C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0C6789" w14:paraId="1DF9C73D" w14:textId="77777777" w:rsidTr="00B35BEF">
        <w:tc>
          <w:tcPr>
            <w:tcW w:w="1985" w:type="dxa"/>
          </w:tcPr>
          <w:p w14:paraId="0AFEFE17" w14:textId="73830D7A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2406260509</w:t>
            </w:r>
          </w:p>
        </w:tc>
        <w:tc>
          <w:tcPr>
            <w:tcW w:w="6237" w:type="dxa"/>
          </w:tcPr>
          <w:p w14:paraId="73666C6E" w14:textId="05A905A6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TOPRAK KIRLILIGI</w:t>
            </w:r>
          </w:p>
        </w:tc>
        <w:tc>
          <w:tcPr>
            <w:tcW w:w="2480" w:type="dxa"/>
          </w:tcPr>
          <w:p w14:paraId="3B5A9B04" w14:textId="404A5C3D" w:rsidR="000C6789" w:rsidRPr="000C6789" w:rsidRDefault="000C6789" w:rsidP="000C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6789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665340" w14:paraId="64ECD77B" w14:textId="77777777" w:rsidTr="00B35BEF">
        <w:tc>
          <w:tcPr>
            <w:tcW w:w="8222" w:type="dxa"/>
            <w:gridSpan w:val="2"/>
            <w:shd w:val="clear" w:color="auto" w:fill="F85111"/>
          </w:tcPr>
          <w:p w14:paraId="4C9B2843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77647BC3" w14:textId="48C146D7" w:rsidR="00665340" w:rsidRPr="0092777C" w:rsidRDefault="000C6789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41</w:t>
            </w:r>
          </w:p>
        </w:tc>
      </w:tr>
    </w:tbl>
    <w:p w14:paraId="6D137C3F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F9272AD" w14:textId="77777777" w:rsidR="00665340" w:rsidRP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 xml:space="preserve">Bu yandal programına yalnızca Harran Üniversitesi </w:t>
      </w:r>
      <w:r w:rsidR="00FF2408">
        <w:rPr>
          <w:rFonts w:ascii="Times New Roman" w:hAnsi="Times New Roman" w:cs="Times New Roman"/>
        </w:rPr>
        <w:t>Ziraat Fakültesi</w:t>
      </w:r>
      <w:r w:rsidRPr="00665340">
        <w:rPr>
          <w:rFonts w:ascii="Times New Roman" w:hAnsi="Times New Roman" w:cs="Times New Roman"/>
        </w:rPr>
        <w:t xml:space="preserve"> </w:t>
      </w:r>
      <w:r w:rsidR="00FF2408">
        <w:rPr>
          <w:rFonts w:ascii="Times New Roman" w:hAnsi="Times New Roman" w:cs="Times New Roman"/>
        </w:rPr>
        <w:t>Lisans Bölümleri</w:t>
      </w:r>
      <w:r w:rsidRPr="00665340">
        <w:rPr>
          <w:rFonts w:ascii="Times New Roman" w:hAnsi="Times New Roman" w:cs="Times New Roman"/>
        </w:rPr>
        <w:t xml:space="preserve"> öğrencileri başvurabilir.</w:t>
      </w:r>
    </w:p>
    <w:sectPr w:rsidR="00665340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D6EE8C" w14:textId="77777777" w:rsidR="00833E22" w:rsidRDefault="00833E22" w:rsidP="009A25FB">
      <w:pPr>
        <w:spacing w:after="0" w:line="240" w:lineRule="auto"/>
      </w:pPr>
      <w:r>
        <w:separator/>
      </w:r>
    </w:p>
  </w:endnote>
  <w:endnote w:type="continuationSeparator" w:id="0">
    <w:p w14:paraId="27FED699" w14:textId="77777777" w:rsidR="00833E22" w:rsidRDefault="00833E22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AF1C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44175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B8EFE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912E51" w14:textId="77777777" w:rsidR="00833E22" w:rsidRDefault="00833E22" w:rsidP="009A25FB">
      <w:pPr>
        <w:spacing w:after="0" w:line="240" w:lineRule="auto"/>
      </w:pPr>
      <w:r>
        <w:separator/>
      </w:r>
    </w:p>
  </w:footnote>
  <w:footnote w:type="continuationSeparator" w:id="0">
    <w:p w14:paraId="30B0972F" w14:textId="77777777" w:rsidR="00833E22" w:rsidRDefault="00833E22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1A7E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21056EA8" wp14:editId="3667F0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3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93FAD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4F7A90" wp14:editId="2FA384C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2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0F6A98" w14:textId="77777777" w:rsidR="00504626" w:rsidRDefault="00833E22">
    <w:pPr>
      <w:pStyle w:val="stBilgi"/>
    </w:pPr>
    <w:r>
      <w:rPr>
        <w:noProof/>
      </w:rPr>
      <w:pict w14:anchorId="0060BF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3B"/>
    <w:rsid w:val="00034616"/>
    <w:rsid w:val="00056AE2"/>
    <w:rsid w:val="0006063C"/>
    <w:rsid w:val="0008733B"/>
    <w:rsid w:val="000C6789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51497"/>
    <w:rsid w:val="00563CF5"/>
    <w:rsid w:val="00581306"/>
    <w:rsid w:val="005B7407"/>
    <w:rsid w:val="006514F9"/>
    <w:rsid w:val="00651582"/>
    <w:rsid w:val="00663971"/>
    <w:rsid w:val="00665340"/>
    <w:rsid w:val="006653D0"/>
    <w:rsid w:val="006F5E5B"/>
    <w:rsid w:val="00715077"/>
    <w:rsid w:val="007B7F5B"/>
    <w:rsid w:val="008032E5"/>
    <w:rsid w:val="00833E22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9E3BE7"/>
    <w:rsid w:val="00A3673C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9348F"/>
    <w:rsid w:val="00EA5F22"/>
    <w:rsid w:val="00EE48E8"/>
    <w:rsid w:val="00EF1913"/>
    <w:rsid w:val="00EF3DF9"/>
    <w:rsid w:val="00F175D7"/>
    <w:rsid w:val="00F405F9"/>
    <w:rsid w:val="00F46A15"/>
    <w:rsid w:val="00F901C3"/>
    <w:rsid w:val="00FC693F"/>
    <w:rsid w:val="00FD3BD7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D42996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798</Characters>
  <Application>Microsoft Office Word</Application>
  <DocSecurity>0</DocSecurity>
  <Lines>11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5</cp:revision>
  <dcterms:created xsi:type="dcterms:W3CDTF">2026-08-21T16:36:00Z</dcterms:created>
  <dcterms:modified xsi:type="dcterms:W3CDTF">2026-08-21T16:47:00Z</dcterms:modified>
  <cp:category/>
</cp:coreProperties>
</file>