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418"/>
      </w:tblGrid>
      <w:tr w:rsidR="00665340" w14:paraId="2A06EA1B" w14:textId="77777777" w:rsidTr="00665340">
        <w:trPr>
          <w:trHeight w:val="1859"/>
        </w:trPr>
        <w:tc>
          <w:tcPr>
            <w:tcW w:w="10644" w:type="dxa"/>
          </w:tcPr>
          <w:p w14:paraId="50A65CF4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948D50F" w14:textId="77777777" w:rsidR="00FF2408" w:rsidRPr="00FF2408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>T.C.</w:t>
            </w:r>
          </w:p>
          <w:p w14:paraId="1A2260D1" w14:textId="77777777" w:rsidR="00FF2408" w:rsidRPr="00FF2408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 xml:space="preserve">HARRAN ÜNİVERSİTESİ ZİRAAT FAKÜLTESİ </w:t>
            </w:r>
          </w:p>
          <w:p w14:paraId="33E8E687" w14:textId="77777777" w:rsidR="00665340" w:rsidRPr="00EF3DF9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>YANDAL PROGRAMI MÜFREDATI</w:t>
            </w:r>
          </w:p>
          <w:p w14:paraId="08E09027" w14:textId="77777777" w:rsidR="00665340" w:rsidRDefault="00665340" w:rsidP="00504626"/>
        </w:tc>
      </w:tr>
    </w:tbl>
    <w:p w14:paraId="664FE1A7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56FE4F5" w14:textId="77777777" w:rsidTr="00B35BEF">
        <w:tc>
          <w:tcPr>
            <w:tcW w:w="10702" w:type="dxa"/>
            <w:gridSpan w:val="3"/>
            <w:shd w:val="clear" w:color="auto" w:fill="F85111"/>
          </w:tcPr>
          <w:p w14:paraId="2190A753" w14:textId="45A1C769" w:rsidR="00665340" w:rsidRPr="00383E6B" w:rsidRDefault="00C54DEB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TARIM EKONOMİSİ</w:t>
            </w:r>
            <w:r w:rsidR="00FF2408">
              <w:rPr>
                <w:b/>
                <w:bCs/>
                <w:color w:val="FFFFFF" w:themeColor="background1"/>
              </w:rPr>
              <w:t xml:space="preserve">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409C5AF9" w14:textId="77777777" w:rsidTr="00B35BEF">
        <w:tc>
          <w:tcPr>
            <w:tcW w:w="1985" w:type="dxa"/>
            <w:shd w:val="clear" w:color="auto" w:fill="F85111"/>
          </w:tcPr>
          <w:p w14:paraId="70AF619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1340E9B4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3C52693F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C54DEB" w14:paraId="69365256" w14:textId="77777777" w:rsidTr="00B35BEF">
        <w:tc>
          <w:tcPr>
            <w:tcW w:w="1985" w:type="dxa"/>
          </w:tcPr>
          <w:p w14:paraId="495AC811" w14:textId="4984182E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2406230501</w:t>
            </w:r>
          </w:p>
        </w:tc>
        <w:tc>
          <w:tcPr>
            <w:tcW w:w="6237" w:type="dxa"/>
          </w:tcPr>
          <w:p w14:paraId="3ABA0433" w14:textId="6BA07DD1" w:rsidR="00C54DEB" w:rsidRPr="00C54DEB" w:rsidRDefault="00C54DEB" w:rsidP="00C54DEB">
            <w:pPr>
              <w:pStyle w:val="p1"/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KIRSAL SOSYOLOJİ</w:t>
            </w:r>
          </w:p>
        </w:tc>
        <w:tc>
          <w:tcPr>
            <w:tcW w:w="2480" w:type="dxa"/>
          </w:tcPr>
          <w:p w14:paraId="0D3FF212" w14:textId="0707A45B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C54DEB" w14:paraId="0FD75268" w14:textId="77777777" w:rsidTr="00B35BEF">
        <w:tc>
          <w:tcPr>
            <w:tcW w:w="1985" w:type="dxa"/>
          </w:tcPr>
          <w:p w14:paraId="6401971D" w14:textId="4B38DA0D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2406230502</w:t>
            </w:r>
          </w:p>
        </w:tc>
        <w:tc>
          <w:tcPr>
            <w:tcW w:w="6237" w:type="dxa"/>
          </w:tcPr>
          <w:p w14:paraId="2C0F26A0" w14:textId="5F11F7E4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TARIMSAL MUHASEBE</w:t>
            </w:r>
          </w:p>
        </w:tc>
        <w:tc>
          <w:tcPr>
            <w:tcW w:w="2480" w:type="dxa"/>
          </w:tcPr>
          <w:p w14:paraId="5C49A1F6" w14:textId="4F5FD77E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C54DEB" w14:paraId="2D5A4AAD" w14:textId="77777777" w:rsidTr="00B35BEF">
        <w:tc>
          <w:tcPr>
            <w:tcW w:w="1985" w:type="dxa"/>
          </w:tcPr>
          <w:p w14:paraId="528112CE" w14:textId="2ADAEBAB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2406230503</w:t>
            </w:r>
          </w:p>
        </w:tc>
        <w:tc>
          <w:tcPr>
            <w:tcW w:w="6237" w:type="dxa"/>
          </w:tcPr>
          <w:p w14:paraId="3CBB5D6D" w14:textId="2B8FD25E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ÜRETİM EKONOMİSİ</w:t>
            </w:r>
          </w:p>
        </w:tc>
        <w:tc>
          <w:tcPr>
            <w:tcW w:w="2480" w:type="dxa"/>
          </w:tcPr>
          <w:p w14:paraId="7AFBEA59" w14:textId="4786326B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C54DEB" w14:paraId="641A1248" w14:textId="77777777" w:rsidTr="00B35BEF">
        <w:tc>
          <w:tcPr>
            <w:tcW w:w="1985" w:type="dxa"/>
          </w:tcPr>
          <w:p w14:paraId="7BEF895D" w14:textId="02491DA6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2406000602</w:t>
            </w:r>
          </w:p>
        </w:tc>
        <w:tc>
          <w:tcPr>
            <w:tcW w:w="6237" w:type="dxa"/>
          </w:tcPr>
          <w:p w14:paraId="2F75AFAB" w14:textId="4A031690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TARIMSAL DEĞERLEME VE BİLİRKİŞİLİK</w:t>
            </w:r>
          </w:p>
        </w:tc>
        <w:tc>
          <w:tcPr>
            <w:tcW w:w="2480" w:type="dxa"/>
          </w:tcPr>
          <w:p w14:paraId="50E108C3" w14:textId="73856110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C54DEB" w14:paraId="720EF9FC" w14:textId="77777777" w:rsidTr="00B35BEF">
        <w:tc>
          <w:tcPr>
            <w:tcW w:w="1985" w:type="dxa"/>
          </w:tcPr>
          <w:p w14:paraId="573C2E25" w14:textId="5EE98FFB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2406230600</w:t>
            </w:r>
          </w:p>
        </w:tc>
        <w:tc>
          <w:tcPr>
            <w:tcW w:w="6237" w:type="dxa"/>
          </w:tcPr>
          <w:p w14:paraId="3AC3210D" w14:textId="4145830D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TARIMSAL PAZARLAMA</w:t>
            </w:r>
          </w:p>
        </w:tc>
        <w:tc>
          <w:tcPr>
            <w:tcW w:w="2480" w:type="dxa"/>
          </w:tcPr>
          <w:p w14:paraId="6AD7C0DE" w14:textId="22C14EA9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C54DEB" w14:paraId="6EF7680F" w14:textId="77777777" w:rsidTr="00B35BEF">
        <w:tc>
          <w:tcPr>
            <w:tcW w:w="1985" w:type="dxa"/>
          </w:tcPr>
          <w:p w14:paraId="4399239F" w14:textId="6CF36110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2406230601</w:t>
            </w:r>
          </w:p>
        </w:tc>
        <w:tc>
          <w:tcPr>
            <w:tcW w:w="6237" w:type="dxa"/>
          </w:tcPr>
          <w:p w14:paraId="64F853F7" w14:textId="4FDFA171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TARIM EKONOMİSİ İSTATİSTİĞİ</w:t>
            </w:r>
          </w:p>
        </w:tc>
        <w:tc>
          <w:tcPr>
            <w:tcW w:w="2480" w:type="dxa"/>
          </w:tcPr>
          <w:p w14:paraId="25BA1654" w14:textId="514144D7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C54DEB" w14:paraId="19D558FF" w14:textId="77777777" w:rsidTr="00B35BEF">
        <w:tc>
          <w:tcPr>
            <w:tcW w:w="1985" w:type="dxa"/>
          </w:tcPr>
          <w:p w14:paraId="245FF599" w14:textId="4FFACF4F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2406230602</w:t>
            </w:r>
          </w:p>
        </w:tc>
        <w:tc>
          <w:tcPr>
            <w:tcW w:w="6237" w:type="dxa"/>
          </w:tcPr>
          <w:p w14:paraId="105DA283" w14:textId="63EFF66B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TARIMSAL YAYIM</w:t>
            </w:r>
          </w:p>
        </w:tc>
        <w:tc>
          <w:tcPr>
            <w:tcW w:w="2480" w:type="dxa"/>
          </w:tcPr>
          <w:p w14:paraId="73302A58" w14:textId="07CD5638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C54DEB" w14:paraId="6437DCD7" w14:textId="77777777" w:rsidTr="00B35BEF">
        <w:tc>
          <w:tcPr>
            <w:tcW w:w="1985" w:type="dxa"/>
          </w:tcPr>
          <w:p w14:paraId="28C3FF30" w14:textId="6B7152AC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2406230603</w:t>
            </w:r>
          </w:p>
        </w:tc>
        <w:tc>
          <w:tcPr>
            <w:tcW w:w="6237" w:type="dxa"/>
          </w:tcPr>
          <w:p w14:paraId="02219208" w14:textId="757D7064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TARIM İŞLETMELERİNİN ANALİZİ VE PLANLANMASI</w:t>
            </w:r>
          </w:p>
        </w:tc>
        <w:tc>
          <w:tcPr>
            <w:tcW w:w="2480" w:type="dxa"/>
          </w:tcPr>
          <w:p w14:paraId="5CEBFC38" w14:textId="684D9959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C54DEB" w14:paraId="108EF134" w14:textId="77777777" w:rsidTr="00B35BEF">
        <w:tc>
          <w:tcPr>
            <w:tcW w:w="1985" w:type="dxa"/>
          </w:tcPr>
          <w:p w14:paraId="4E20158C" w14:textId="0400D044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2406230605</w:t>
            </w:r>
          </w:p>
        </w:tc>
        <w:tc>
          <w:tcPr>
            <w:tcW w:w="6237" w:type="dxa"/>
          </w:tcPr>
          <w:p w14:paraId="3FE775D9" w14:textId="2E426784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KIRSAL KALKINMA</w:t>
            </w:r>
          </w:p>
        </w:tc>
        <w:tc>
          <w:tcPr>
            <w:tcW w:w="2480" w:type="dxa"/>
          </w:tcPr>
          <w:p w14:paraId="2DA0E571" w14:textId="448A103D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C54DEB" w14:paraId="39377709" w14:textId="77777777" w:rsidTr="00B35BEF">
        <w:tc>
          <w:tcPr>
            <w:tcW w:w="1985" w:type="dxa"/>
          </w:tcPr>
          <w:p w14:paraId="56C80080" w14:textId="7F9DD377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2406230701</w:t>
            </w:r>
          </w:p>
        </w:tc>
        <w:tc>
          <w:tcPr>
            <w:tcW w:w="6237" w:type="dxa"/>
          </w:tcPr>
          <w:p w14:paraId="51C81992" w14:textId="64C67E3B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TARIMSAL FİNANSMAN VE KREDİ</w:t>
            </w:r>
          </w:p>
        </w:tc>
        <w:tc>
          <w:tcPr>
            <w:tcW w:w="2480" w:type="dxa"/>
          </w:tcPr>
          <w:p w14:paraId="0489E589" w14:textId="2DE57CF8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C54DEB" w14:paraId="6CFA2C44" w14:textId="77777777" w:rsidTr="00B35BEF">
        <w:tc>
          <w:tcPr>
            <w:tcW w:w="1985" w:type="dxa"/>
          </w:tcPr>
          <w:p w14:paraId="1FDE6BF0" w14:textId="57F80046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2406230703</w:t>
            </w:r>
          </w:p>
        </w:tc>
        <w:tc>
          <w:tcPr>
            <w:tcW w:w="6237" w:type="dxa"/>
          </w:tcPr>
          <w:p w14:paraId="32DF9D98" w14:textId="602F5086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EKONOMETRİ</w:t>
            </w:r>
          </w:p>
        </w:tc>
        <w:tc>
          <w:tcPr>
            <w:tcW w:w="2480" w:type="dxa"/>
          </w:tcPr>
          <w:p w14:paraId="47ADAE07" w14:textId="12310F61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</w:tr>
      <w:tr w:rsidR="00C54DEB" w14:paraId="55FB9FAC" w14:textId="77777777" w:rsidTr="00B35BEF">
        <w:tc>
          <w:tcPr>
            <w:tcW w:w="1985" w:type="dxa"/>
          </w:tcPr>
          <w:p w14:paraId="65372AE1" w14:textId="7F27C8E3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2406230704</w:t>
            </w:r>
          </w:p>
        </w:tc>
        <w:tc>
          <w:tcPr>
            <w:tcW w:w="6237" w:type="dxa"/>
          </w:tcPr>
          <w:p w14:paraId="1074F61F" w14:textId="3452A5B3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TARIMA DAYALI SANAYİ İŞLETMECİLİĞİ</w:t>
            </w:r>
          </w:p>
        </w:tc>
        <w:tc>
          <w:tcPr>
            <w:tcW w:w="2480" w:type="dxa"/>
          </w:tcPr>
          <w:p w14:paraId="7212CAD1" w14:textId="61AB99D2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FF2408" w14:paraId="68499B32" w14:textId="77777777" w:rsidTr="00B35BEF">
        <w:tc>
          <w:tcPr>
            <w:tcW w:w="1985" w:type="dxa"/>
          </w:tcPr>
          <w:p w14:paraId="0F0B9BE6" w14:textId="77777777" w:rsidR="00FF2408" w:rsidRPr="00C54DEB" w:rsidRDefault="00FF2408" w:rsidP="00FF240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4B688E8F" w14:textId="77777777" w:rsidR="00FF2408" w:rsidRPr="00C54DEB" w:rsidRDefault="00FF2408" w:rsidP="00FF2408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Seçmeli</w:t>
            </w:r>
            <w:r w:rsidRPr="00C54DEB">
              <w:rPr>
                <w:rFonts w:ascii="Calibri" w:hAnsi="Calibri" w:cs="Calibri"/>
                <w:b/>
                <w:spacing w:val="-12"/>
                <w:sz w:val="20"/>
                <w:szCs w:val="20"/>
              </w:rPr>
              <w:t xml:space="preserve"> </w:t>
            </w:r>
            <w:r w:rsidRPr="00C54D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Ders</w:t>
            </w:r>
            <w:r w:rsidRPr="00C54DEB">
              <w:rPr>
                <w:rFonts w:ascii="Calibri" w:hAnsi="Calibri" w:cs="Calibri"/>
                <w:b/>
                <w:spacing w:val="-12"/>
                <w:sz w:val="20"/>
                <w:szCs w:val="20"/>
              </w:rPr>
              <w:t xml:space="preserve"> </w:t>
            </w:r>
            <w:r w:rsidRPr="00C54D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Grubu</w:t>
            </w:r>
            <w:r w:rsidRPr="00C54DEB">
              <w:rPr>
                <w:rFonts w:ascii="Calibri" w:hAnsi="Calibri" w:cs="Calibri"/>
                <w:b/>
                <w:spacing w:val="-11"/>
                <w:sz w:val="20"/>
                <w:szCs w:val="20"/>
              </w:rPr>
              <w:t xml:space="preserve"> </w:t>
            </w:r>
            <w:r w:rsidRPr="00C54D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(En</w:t>
            </w:r>
            <w:r w:rsidRPr="00C54DEB">
              <w:rPr>
                <w:rFonts w:ascii="Calibri" w:hAnsi="Calibri" w:cs="Calibri"/>
                <w:b/>
                <w:spacing w:val="-11"/>
                <w:sz w:val="20"/>
                <w:szCs w:val="20"/>
              </w:rPr>
              <w:t xml:space="preserve"> </w:t>
            </w:r>
            <w:r w:rsidRPr="00C54D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az</w:t>
            </w:r>
            <w:r w:rsidRPr="00C54DEB">
              <w:rPr>
                <w:rFonts w:ascii="Calibri" w:hAnsi="Calibri" w:cs="Calibri"/>
                <w:b/>
                <w:spacing w:val="-12"/>
                <w:sz w:val="20"/>
                <w:szCs w:val="20"/>
              </w:rPr>
              <w:t xml:space="preserve"> </w:t>
            </w:r>
            <w:r w:rsidRPr="00C54D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5</w:t>
            </w:r>
            <w:r w:rsidRPr="00C54DEB">
              <w:rPr>
                <w:rFonts w:ascii="Calibri" w:hAnsi="Calibri" w:cs="Calibri"/>
                <w:b/>
                <w:spacing w:val="-12"/>
                <w:sz w:val="20"/>
                <w:szCs w:val="20"/>
              </w:rPr>
              <w:t xml:space="preserve"> </w:t>
            </w:r>
            <w:r w:rsidRPr="00C54D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AKTS</w:t>
            </w:r>
            <w:r w:rsidRPr="00C54DEB">
              <w:rPr>
                <w:rFonts w:ascii="Calibri" w:hAnsi="Calibri" w:cs="Calibri"/>
                <w:b/>
                <w:spacing w:val="-11"/>
                <w:sz w:val="20"/>
                <w:szCs w:val="20"/>
              </w:rPr>
              <w:t xml:space="preserve"> </w:t>
            </w:r>
            <w:r w:rsidRPr="00C54D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seçmeli</w:t>
            </w:r>
            <w:r w:rsidRPr="00C54DEB">
              <w:rPr>
                <w:rFonts w:ascii="Calibri" w:hAnsi="Calibri" w:cs="Calibri"/>
                <w:b/>
                <w:spacing w:val="-12"/>
                <w:sz w:val="20"/>
                <w:szCs w:val="20"/>
              </w:rPr>
              <w:t xml:space="preserve"> </w:t>
            </w:r>
            <w:r w:rsidRPr="00C54D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ders</w:t>
            </w:r>
            <w:r w:rsidRPr="00C54DEB">
              <w:rPr>
                <w:rFonts w:ascii="Calibri" w:hAnsi="Calibri" w:cs="Calibri"/>
                <w:b/>
                <w:spacing w:val="-11"/>
                <w:sz w:val="20"/>
                <w:szCs w:val="20"/>
              </w:rPr>
              <w:t xml:space="preserve"> </w:t>
            </w:r>
            <w:r w:rsidRPr="00C54D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almalıdır)</w:t>
            </w:r>
          </w:p>
        </w:tc>
        <w:tc>
          <w:tcPr>
            <w:tcW w:w="2480" w:type="dxa"/>
          </w:tcPr>
          <w:p w14:paraId="0531F326" w14:textId="77777777" w:rsidR="00FF2408" w:rsidRPr="00C54DEB" w:rsidRDefault="00FF2408" w:rsidP="00FF240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54DEB" w14:paraId="6E8DFD37" w14:textId="77777777" w:rsidTr="00B35BEF">
        <w:tc>
          <w:tcPr>
            <w:tcW w:w="1985" w:type="dxa"/>
          </w:tcPr>
          <w:p w14:paraId="6AD3B550" w14:textId="33749582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2406000509</w:t>
            </w:r>
          </w:p>
        </w:tc>
        <w:tc>
          <w:tcPr>
            <w:tcW w:w="6237" w:type="dxa"/>
          </w:tcPr>
          <w:p w14:paraId="56DFAA55" w14:textId="1A98668F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TARIM EKONOMİSİ UYGULAMALARI I</w:t>
            </w:r>
          </w:p>
        </w:tc>
        <w:tc>
          <w:tcPr>
            <w:tcW w:w="2480" w:type="dxa"/>
          </w:tcPr>
          <w:p w14:paraId="5D966AD9" w14:textId="63A3369E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C54DEB" w14:paraId="4EB4E099" w14:textId="77777777" w:rsidTr="00B35BEF">
        <w:tc>
          <w:tcPr>
            <w:tcW w:w="1985" w:type="dxa"/>
          </w:tcPr>
          <w:p w14:paraId="583826E2" w14:textId="07732DDC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2406000608</w:t>
            </w:r>
          </w:p>
        </w:tc>
        <w:tc>
          <w:tcPr>
            <w:tcW w:w="6237" w:type="dxa"/>
          </w:tcPr>
          <w:p w14:paraId="7D388856" w14:textId="68B2F7F5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TARIM EKONOMİSİ UYGULAMALARI II</w:t>
            </w:r>
          </w:p>
        </w:tc>
        <w:tc>
          <w:tcPr>
            <w:tcW w:w="2480" w:type="dxa"/>
          </w:tcPr>
          <w:p w14:paraId="7CD33C15" w14:textId="34DF6432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C54DEB" w14:paraId="5B4541ED" w14:textId="77777777" w:rsidTr="00B35BEF">
        <w:tc>
          <w:tcPr>
            <w:tcW w:w="1985" w:type="dxa"/>
          </w:tcPr>
          <w:p w14:paraId="0C1927E0" w14:textId="7913A51B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2406230608</w:t>
            </w:r>
          </w:p>
        </w:tc>
        <w:tc>
          <w:tcPr>
            <w:tcW w:w="6237" w:type="dxa"/>
          </w:tcPr>
          <w:p w14:paraId="3C1B6B21" w14:textId="01B1FFF0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TARIMSAL ÖRGÜTLENME</w:t>
            </w:r>
          </w:p>
        </w:tc>
        <w:tc>
          <w:tcPr>
            <w:tcW w:w="2480" w:type="dxa"/>
          </w:tcPr>
          <w:p w14:paraId="02E9B805" w14:textId="24B448B8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C54DEB" w14:paraId="42A57051" w14:textId="77777777" w:rsidTr="00B35BEF">
        <w:tc>
          <w:tcPr>
            <w:tcW w:w="1985" w:type="dxa"/>
          </w:tcPr>
          <w:p w14:paraId="363896CD" w14:textId="33568CF8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2406230707</w:t>
            </w:r>
          </w:p>
        </w:tc>
        <w:tc>
          <w:tcPr>
            <w:tcW w:w="6237" w:type="dxa"/>
          </w:tcPr>
          <w:p w14:paraId="33FE181B" w14:textId="1A6AD392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TARIMSAL KOOPERATİFÇİLİK</w:t>
            </w:r>
          </w:p>
        </w:tc>
        <w:tc>
          <w:tcPr>
            <w:tcW w:w="2480" w:type="dxa"/>
          </w:tcPr>
          <w:p w14:paraId="35EF9149" w14:textId="0F435AD7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C54DEB" w14:paraId="1DF9C73D" w14:textId="77777777" w:rsidTr="00B35BEF">
        <w:tc>
          <w:tcPr>
            <w:tcW w:w="1985" w:type="dxa"/>
          </w:tcPr>
          <w:p w14:paraId="0AFEFE17" w14:textId="26009292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2406230801</w:t>
            </w:r>
          </w:p>
        </w:tc>
        <w:tc>
          <w:tcPr>
            <w:tcW w:w="6237" w:type="dxa"/>
          </w:tcPr>
          <w:p w14:paraId="73666C6E" w14:textId="7F03A1CF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TARIM POLİTİKASI</w:t>
            </w:r>
          </w:p>
        </w:tc>
        <w:tc>
          <w:tcPr>
            <w:tcW w:w="2480" w:type="dxa"/>
          </w:tcPr>
          <w:p w14:paraId="3B5A9B04" w14:textId="496379EF" w:rsidR="00C54DEB" w:rsidRPr="00C54DEB" w:rsidRDefault="00C54DEB" w:rsidP="00C54DEB">
            <w:pPr>
              <w:rPr>
                <w:rFonts w:ascii="Calibri" w:hAnsi="Calibri" w:cs="Calibri"/>
                <w:sz w:val="20"/>
                <w:szCs w:val="20"/>
              </w:rPr>
            </w:pPr>
            <w:r w:rsidRPr="00C54DEB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665340" w14:paraId="64ECD77B" w14:textId="77777777" w:rsidTr="00B35BEF">
        <w:tc>
          <w:tcPr>
            <w:tcW w:w="8222" w:type="dxa"/>
            <w:gridSpan w:val="2"/>
            <w:shd w:val="clear" w:color="auto" w:fill="F85111"/>
          </w:tcPr>
          <w:p w14:paraId="4C9B2843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77647BC3" w14:textId="701626C1" w:rsidR="00665340" w:rsidRPr="0092777C" w:rsidRDefault="00C54DEB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38</w:t>
            </w:r>
          </w:p>
        </w:tc>
      </w:tr>
    </w:tbl>
    <w:p w14:paraId="6D137C3F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F9272AD" w14:textId="77777777" w:rsidR="00665340" w:rsidRPr="00665340" w:rsidRDefault="00665340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  <w:r w:rsidRPr="00665340">
        <w:rPr>
          <w:rStyle w:val="Gl"/>
          <w:rFonts w:ascii="Times New Roman" w:hAnsi="Times New Roman" w:cs="Times New Roman"/>
          <w:color w:val="C00000"/>
        </w:rPr>
        <w:t>Özel Şart:</w:t>
      </w:r>
      <w:r w:rsidRPr="00665340">
        <w:rPr>
          <w:rFonts w:ascii="Times New Roman" w:hAnsi="Times New Roman" w:cs="Times New Roman"/>
          <w:color w:val="C00000"/>
        </w:rPr>
        <w:t xml:space="preserve"> </w:t>
      </w:r>
      <w:r w:rsidRPr="00665340">
        <w:rPr>
          <w:rFonts w:ascii="Times New Roman" w:hAnsi="Times New Roman" w:cs="Times New Roman"/>
        </w:rPr>
        <w:t xml:space="preserve">Bu yandal programına yalnızca Harran Üniversitesi </w:t>
      </w:r>
      <w:r w:rsidR="00FF2408">
        <w:rPr>
          <w:rFonts w:ascii="Times New Roman" w:hAnsi="Times New Roman" w:cs="Times New Roman"/>
        </w:rPr>
        <w:t>Ziraat Fakültesi</w:t>
      </w:r>
      <w:r w:rsidRPr="00665340">
        <w:rPr>
          <w:rFonts w:ascii="Times New Roman" w:hAnsi="Times New Roman" w:cs="Times New Roman"/>
        </w:rPr>
        <w:t xml:space="preserve"> </w:t>
      </w:r>
      <w:r w:rsidR="00FF2408">
        <w:rPr>
          <w:rFonts w:ascii="Times New Roman" w:hAnsi="Times New Roman" w:cs="Times New Roman"/>
        </w:rPr>
        <w:t>Lisans Bölümleri</w:t>
      </w:r>
      <w:r w:rsidRPr="00665340">
        <w:rPr>
          <w:rFonts w:ascii="Times New Roman" w:hAnsi="Times New Roman" w:cs="Times New Roman"/>
        </w:rPr>
        <w:t xml:space="preserve"> öğrencileri başvurabilir.</w:t>
      </w:r>
    </w:p>
    <w:sectPr w:rsidR="00665340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0FA8A9" w14:textId="77777777" w:rsidR="006C0FB9" w:rsidRDefault="006C0FB9" w:rsidP="009A25FB">
      <w:pPr>
        <w:spacing w:after="0" w:line="240" w:lineRule="auto"/>
      </w:pPr>
      <w:r>
        <w:separator/>
      </w:r>
    </w:p>
  </w:endnote>
  <w:endnote w:type="continuationSeparator" w:id="0">
    <w:p w14:paraId="5637B006" w14:textId="77777777" w:rsidR="006C0FB9" w:rsidRDefault="006C0FB9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AF1C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144175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1B8EFE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B9BA4F" w14:textId="77777777" w:rsidR="006C0FB9" w:rsidRDefault="006C0FB9" w:rsidP="009A25FB">
      <w:pPr>
        <w:spacing w:after="0" w:line="240" w:lineRule="auto"/>
      </w:pPr>
      <w:r>
        <w:separator/>
      </w:r>
    </w:p>
  </w:footnote>
  <w:footnote w:type="continuationSeparator" w:id="0">
    <w:p w14:paraId="5D5B3FE5" w14:textId="77777777" w:rsidR="006C0FB9" w:rsidRDefault="006C0FB9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C1A7E" w14:textId="77777777" w:rsidR="00504626" w:rsidRDefault="00FF2408">
    <w:pPr>
      <w:pStyle w:val="stBilgi"/>
    </w:pPr>
    <w:r>
      <w:rPr>
        <w:noProof/>
      </w:rPr>
      <w:drawing>
        <wp:anchor distT="0" distB="0" distL="114300" distR="114300" simplePos="0" relativeHeight="251656704" behindDoc="1" locked="0" layoutInCell="0" allowOverlap="1" wp14:anchorId="21056EA8" wp14:editId="3667F0B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3" name="Resim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93FAD" w14:textId="77777777" w:rsidR="00504626" w:rsidRDefault="00FF2408">
    <w:pPr>
      <w:pStyle w:val="stBilgi"/>
    </w:pPr>
    <w:r>
      <w:rPr>
        <w:noProof/>
      </w:rPr>
      <w:drawing>
        <wp:anchor distT="0" distB="0" distL="114300" distR="114300" simplePos="0" relativeHeight="251657728" behindDoc="1" locked="0" layoutInCell="0" allowOverlap="1" wp14:anchorId="514F7A90" wp14:editId="2FA384C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2" name="Resi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0F6A98" w14:textId="77777777" w:rsidR="00504626" w:rsidRDefault="006C0FB9">
    <w:pPr>
      <w:pStyle w:val="stBilgi"/>
    </w:pPr>
    <w:r>
      <w:rPr>
        <w:noProof/>
      </w:rPr>
      <w:pict w14:anchorId="6D255F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E3B"/>
    <w:rsid w:val="00034616"/>
    <w:rsid w:val="00056AE2"/>
    <w:rsid w:val="0006063C"/>
    <w:rsid w:val="0008733B"/>
    <w:rsid w:val="000C6789"/>
    <w:rsid w:val="000F234B"/>
    <w:rsid w:val="0010738C"/>
    <w:rsid w:val="00114F57"/>
    <w:rsid w:val="0012402D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51497"/>
    <w:rsid w:val="00563CF5"/>
    <w:rsid w:val="00581306"/>
    <w:rsid w:val="005B7407"/>
    <w:rsid w:val="006514F9"/>
    <w:rsid w:val="00651582"/>
    <w:rsid w:val="00663971"/>
    <w:rsid w:val="00665340"/>
    <w:rsid w:val="006653D0"/>
    <w:rsid w:val="006C0FB9"/>
    <w:rsid w:val="006F5E5B"/>
    <w:rsid w:val="00715077"/>
    <w:rsid w:val="007B7F5B"/>
    <w:rsid w:val="008032E5"/>
    <w:rsid w:val="00833E22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9E3BE7"/>
    <w:rsid w:val="00A3673C"/>
    <w:rsid w:val="00AA1D8D"/>
    <w:rsid w:val="00AD7FCB"/>
    <w:rsid w:val="00B111CC"/>
    <w:rsid w:val="00B275F0"/>
    <w:rsid w:val="00B47730"/>
    <w:rsid w:val="00B94AF3"/>
    <w:rsid w:val="00BA46CE"/>
    <w:rsid w:val="00BF6437"/>
    <w:rsid w:val="00C17950"/>
    <w:rsid w:val="00C54DEB"/>
    <w:rsid w:val="00CA7D24"/>
    <w:rsid w:val="00CB0664"/>
    <w:rsid w:val="00CF3267"/>
    <w:rsid w:val="00D05407"/>
    <w:rsid w:val="00D277A6"/>
    <w:rsid w:val="00DA46BE"/>
    <w:rsid w:val="00DD4C93"/>
    <w:rsid w:val="00E100DB"/>
    <w:rsid w:val="00E9348F"/>
    <w:rsid w:val="00EA5F22"/>
    <w:rsid w:val="00EE48E8"/>
    <w:rsid w:val="00EF1913"/>
    <w:rsid w:val="00EF3DF9"/>
    <w:rsid w:val="00F175D7"/>
    <w:rsid w:val="00F405F9"/>
    <w:rsid w:val="00F46A15"/>
    <w:rsid w:val="00F901C3"/>
    <w:rsid w:val="00FC693F"/>
    <w:rsid w:val="00FD3BD7"/>
    <w:rsid w:val="00FF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D42996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115</Words>
  <Characters>846</Characters>
  <Application>Microsoft Office Word</Application>
  <DocSecurity>0</DocSecurity>
  <Lines>12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Sinem BARUT</cp:lastModifiedBy>
  <cp:revision>6</cp:revision>
  <dcterms:created xsi:type="dcterms:W3CDTF">2026-08-21T16:36:00Z</dcterms:created>
  <dcterms:modified xsi:type="dcterms:W3CDTF">2026-08-21T16:50:00Z</dcterms:modified>
  <cp:category/>
</cp:coreProperties>
</file>