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0FE20FD4" w14:textId="513DEDD1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FEN EDEBİYAT 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77777777" w:rsidR="00665340" w:rsidRPr="00383E6B" w:rsidRDefault="00665340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FİZİK </w:t>
            </w:r>
            <w:r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665340" w14:paraId="57ADE411" w14:textId="77777777" w:rsidTr="00B35BEF">
        <w:tc>
          <w:tcPr>
            <w:tcW w:w="1985" w:type="dxa"/>
          </w:tcPr>
          <w:p w14:paraId="3F52AB65" w14:textId="4D1F8F10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2408010404</w:t>
            </w:r>
          </w:p>
        </w:tc>
        <w:tc>
          <w:tcPr>
            <w:tcW w:w="6237" w:type="dxa"/>
          </w:tcPr>
          <w:p w14:paraId="61862844" w14:textId="2D0EEA5B" w:rsidR="00665340" w:rsidRPr="00665340" w:rsidRDefault="00665340" w:rsidP="00665340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MODERN FİZİĞE GİRİŞ</w:t>
            </w:r>
          </w:p>
        </w:tc>
        <w:tc>
          <w:tcPr>
            <w:tcW w:w="2480" w:type="dxa"/>
          </w:tcPr>
          <w:p w14:paraId="72C3AC17" w14:textId="30417815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150622FD" w14:textId="77777777" w:rsidTr="00B35BEF">
        <w:tc>
          <w:tcPr>
            <w:tcW w:w="1985" w:type="dxa"/>
          </w:tcPr>
          <w:p w14:paraId="451347CD" w14:textId="1BC6C0D8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2408010401</w:t>
            </w:r>
          </w:p>
        </w:tc>
        <w:tc>
          <w:tcPr>
            <w:tcW w:w="6237" w:type="dxa"/>
          </w:tcPr>
          <w:p w14:paraId="0FB66555" w14:textId="6A498686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ELEKTRON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 I</w:t>
            </w:r>
          </w:p>
        </w:tc>
        <w:tc>
          <w:tcPr>
            <w:tcW w:w="2480" w:type="dxa"/>
          </w:tcPr>
          <w:p w14:paraId="635A29E5" w14:textId="21BAA955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665340" w14:paraId="0CAF75AA" w14:textId="77777777" w:rsidTr="00B35BEF">
        <w:tc>
          <w:tcPr>
            <w:tcW w:w="1985" w:type="dxa"/>
          </w:tcPr>
          <w:p w14:paraId="277913DC" w14:textId="206A2787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2408010503</w:t>
            </w:r>
          </w:p>
        </w:tc>
        <w:tc>
          <w:tcPr>
            <w:tcW w:w="6237" w:type="dxa"/>
          </w:tcPr>
          <w:p w14:paraId="6AFBB17E" w14:textId="33F64618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KUANTUM MEKAN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Ğ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 xml:space="preserve"> I</w:t>
            </w:r>
          </w:p>
        </w:tc>
        <w:tc>
          <w:tcPr>
            <w:tcW w:w="2480" w:type="dxa"/>
          </w:tcPr>
          <w:p w14:paraId="54D50F0E" w14:textId="09EBD0E7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665340" w14:paraId="69998BAC" w14:textId="77777777" w:rsidTr="00B35BEF">
        <w:tc>
          <w:tcPr>
            <w:tcW w:w="1985" w:type="dxa"/>
          </w:tcPr>
          <w:p w14:paraId="4241AB9C" w14:textId="36B9DAA7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2408010501</w:t>
            </w:r>
          </w:p>
        </w:tc>
        <w:tc>
          <w:tcPr>
            <w:tcW w:w="6237" w:type="dxa"/>
          </w:tcPr>
          <w:p w14:paraId="6C6169FE" w14:textId="1305FD01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KLAS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 MEKAN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</w:t>
            </w:r>
          </w:p>
        </w:tc>
        <w:tc>
          <w:tcPr>
            <w:tcW w:w="2480" w:type="dxa"/>
          </w:tcPr>
          <w:p w14:paraId="702C2BCF" w14:textId="67C7DC03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083FA83A" w14:textId="77777777" w:rsidTr="00B35BEF">
        <w:tc>
          <w:tcPr>
            <w:tcW w:w="1985" w:type="dxa"/>
          </w:tcPr>
          <w:p w14:paraId="42903FD8" w14:textId="79505852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2408010502</w:t>
            </w:r>
          </w:p>
        </w:tc>
        <w:tc>
          <w:tcPr>
            <w:tcW w:w="6237" w:type="dxa"/>
          </w:tcPr>
          <w:p w14:paraId="32EE0CB3" w14:textId="1A593DF3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ELEKTROMANYET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 TEOR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</w:p>
        </w:tc>
        <w:tc>
          <w:tcPr>
            <w:tcW w:w="2480" w:type="dxa"/>
          </w:tcPr>
          <w:p w14:paraId="7169F096" w14:textId="6CAA4600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665340" w14:paraId="7E8084EA" w14:textId="77777777" w:rsidTr="00B35BEF">
        <w:tc>
          <w:tcPr>
            <w:tcW w:w="1985" w:type="dxa"/>
          </w:tcPr>
          <w:p w14:paraId="0D25649B" w14:textId="1D3B69EA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2408010510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ab/>
            </w:r>
          </w:p>
        </w:tc>
        <w:tc>
          <w:tcPr>
            <w:tcW w:w="6237" w:type="dxa"/>
          </w:tcPr>
          <w:p w14:paraId="6E91563D" w14:textId="60759BA1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YÜKSEK ENERJ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 xml:space="preserve"> VE PLAZMA F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Z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Ğ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</w:p>
        </w:tc>
        <w:tc>
          <w:tcPr>
            <w:tcW w:w="2480" w:type="dxa"/>
          </w:tcPr>
          <w:p w14:paraId="58A64A62" w14:textId="1AE0570B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665340" w14:paraId="1EA4866A" w14:textId="77777777" w:rsidTr="00B35BEF">
        <w:tc>
          <w:tcPr>
            <w:tcW w:w="1985" w:type="dxa"/>
          </w:tcPr>
          <w:p w14:paraId="2377F3C1" w14:textId="665FEF60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2408010602</w:t>
            </w:r>
          </w:p>
        </w:tc>
        <w:tc>
          <w:tcPr>
            <w:tcW w:w="6237" w:type="dxa"/>
          </w:tcPr>
          <w:p w14:paraId="4BCEF86C" w14:textId="6A14E9FD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İSTAT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ST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 VE TERMOD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NAM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</w:t>
            </w:r>
          </w:p>
        </w:tc>
        <w:tc>
          <w:tcPr>
            <w:tcW w:w="2480" w:type="dxa"/>
          </w:tcPr>
          <w:p w14:paraId="5E1D21BF" w14:textId="3F618107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3C1FE1C1" w14:textId="77777777" w:rsidTr="00B35BEF">
        <w:tc>
          <w:tcPr>
            <w:tcW w:w="1985" w:type="dxa"/>
          </w:tcPr>
          <w:p w14:paraId="28C544CF" w14:textId="38A4D5E3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2408010701</w:t>
            </w:r>
          </w:p>
        </w:tc>
        <w:tc>
          <w:tcPr>
            <w:tcW w:w="6237" w:type="dxa"/>
          </w:tcPr>
          <w:p w14:paraId="32ED8ACC" w14:textId="315A6A8A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KATIHAL F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Z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Ğ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 xml:space="preserve"> I</w:t>
            </w:r>
          </w:p>
        </w:tc>
        <w:tc>
          <w:tcPr>
            <w:tcW w:w="2480" w:type="dxa"/>
          </w:tcPr>
          <w:p w14:paraId="5DF28687" w14:textId="74B601A7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25C5F33C" w14:textId="77777777" w:rsidTr="00B35BEF">
        <w:tc>
          <w:tcPr>
            <w:tcW w:w="1985" w:type="dxa"/>
          </w:tcPr>
          <w:p w14:paraId="2E24747E" w14:textId="056A557D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2408010703</w:t>
            </w:r>
          </w:p>
        </w:tc>
        <w:tc>
          <w:tcPr>
            <w:tcW w:w="6237" w:type="dxa"/>
          </w:tcPr>
          <w:p w14:paraId="4795D546" w14:textId="5B5E4C96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NÜKLEER F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Z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İ</w:t>
            </w: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K I</w:t>
            </w:r>
          </w:p>
        </w:tc>
        <w:tc>
          <w:tcPr>
            <w:tcW w:w="2480" w:type="dxa"/>
          </w:tcPr>
          <w:p w14:paraId="5A23AD8D" w14:textId="4BAD0ED4" w:rsidR="00665340" w:rsidRPr="00665340" w:rsidRDefault="00665340" w:rsidP="0066534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340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77777777" w:rsidR="00665340" w:rsidRPr="0092777C" w:rsidRDefault="00665340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45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BB66EE4" w14:textId="4E705BA7" w:rsidR="00665340" w:rsidRPr="00665340" w:rsidRDefault="00665340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  <w:r w:rsidRPr="00665340">
        <w:rPr>
          <w:rStyle w:val="Gl"/>
          <w:rFonts w:ascii="Times New Roman" w:hAnsi="Times New Roman" w:cs="Times New Roman"/>
          <w:color w:val="C00000"/>
        </w:rPr>
        <w:t>Özel Şart:</w:t>
      </w:r>
      <w:r w:rsidRPr="00665340">
        <w:rPr>
          <w:rFonts w:ascii="Times New Roman" w:hAnsi="Times New Roman" w:cs="Times New Roman"/>
          <w:color w:val="C00000"/>
        </w:rPr>
        <w:t xml:space="preserve"> </w:t>
      </w:r>
      <w:r w:rsidRPr="00665340">
        <w:rPr>
          <w:rFonts w:ascii="Times New Roman" w:hAnsi="Times New Roman" w:cs="Times New Roman"/>
        </w:rPr>
        <w:t>Bu yandal programına yalnızca Harran Üniversitesi Fen-Edebiyat Fakültesi Matematik Bölümü öğrencileri başvurabilir.</w:t>
      </w:r>
    </w:p>
    <w:sectPr w:rsidR="00665340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B44019" w14:textId="77777777" w:rsidR="005B7407" w:rsidRDefault="005B7407" w:rsidP="009A25FB">
      <w:pPr>
        <w:spacing w:after="0" w:line="240" w:lineRule="auto"/>
      </w:pPr>
      <w:r>
        <w:separator/>
      </w:r>
    </w:p>
  </w:endnote>
  <w:endnote w:type="continuationSeparator" w:id="0">
    <w:p w14:paraId="77827EF1" w14:textId="77777777" w:rsidR="005B7407" w:rsidRDefault="005B7407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FD3C7C" w14:textId="77777777" w:rsidR="005B7407" w:rsidRDefault="005B7407" w:rsidP="009A25FB">
      <w:pPr>
        <w:spacing w:after="0" w:line="240" w:lineRule="auto"/>
      </w:pPr>
      <w:r>
        <w:separator/>
      </w:r>
    </w:p>
  </w:footnote>
  <w:footnote w:type="continuationSeparator" w:id="0">
    <w:p w14:paraId="66DAC902" w14:textId="77777777" w:rsidR="005B7407" w:rsidRDefault="005B7407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5B7407">
    <w:pPr>
      <w:pStyle w:val="stBilgi"/>
    </w:pPr>
    <w:r>
      <w:rPr>
        <w:noProof/>
      </w:rPr>
      <w:pict w14:anchorId="21056E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5B7407">
    <w:pPr>
      <w:pStyle w:val="stBilgi"/>
    </w:pPr>
    <w:r>
      <w:rPr>
        <w:noProof/>
      </w:rPr>
      <w:pict w14:anchorId="514F7A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5B7407">
    <w:pPr>
      <w:pStyle w:val="stBilgi"/>
    </w:pPr>
    <w:r>
      <w:rPr>
        <w:noProof/>
      </w:rPr>
      <w:pict w14:anchorId="5A1EDB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51497"/>
    <w:rsid w:val="00581306"/>
    <w:rsid w:val="005B7407"/>
    <w:rsid w:val="006514F9"/>
    <w:rsid w:val="00651582"/>
    <w:rsid w:val="00663971"/>
    <w:rsid w:val="00665340"/>
    <w:rsid w:val="006653D0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94AF3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67</Words>
  <Characters>498</Characters>
  <Application>Microsoft Office Word</Application>
  <DocSecurity>0</DocSecurity>
  <Lines>7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30</cp:revision>
  <dcterms:created xsi:type="dcterms:W3CDTF">2013-12-23T23:15:00Z</dcterms:created>
  <dcterms:modified xsi:type="dcterms:W3CDTF">2026-08-21T13:00:00Z</dcterms:modified>
  <cp:category/>
</cp:coreProperties>
</file>