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 w:themeColor="background1"/>
  <w:body>
    <w:tbl>
      <w:tblPr>
        <w:tblStyle w:val="TabloKlavuzu"/>
        <w:tblW w:w="0" w:type="auto"/>
        <w:tblInd w:w="38" w:type="dxa"/>
        <w:tblLook w:val="04A0" w:firstRow="1" w:lastRow="0" w:firstColumn="1" w:lastColumn="0" w:noHBand="0" w:noVBand="1"/>
      </w:tblPr>
      <w:tblGrid>
        <w:gridCol w:w="10644"/>
      </w:tblGrid>
      <w:tr w:rsidR="00665340" w14:paraId="7A8B5709" w14:textId="77777777" w:rsidTr="00665340">
        <w:trPr>
          <w:trHeight w:val="1859"/>
        </w:trPr>
        <w:tc>
          <w:tcPr>
            <w:tcW w:w="10644" w:type="dxa"/>
          </w:tcPr>
          <w:p w14:paraId="150FDD98" w14:textId="77777777" w:rsidR="00665340" w:rsidRDefault="00665340" w:rsidP="00E100D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BCD8886" w14:textId="77777777" w:rsidR="00094FCC" w:rsidRPr="00EF3DF9" w:rsidRDefault="00094FCC" w:rsidP="00094FCC">
            <w:pPr>
              <w:jc w:val="center"/>
              <w:rPr>
                <w:b/>
                <w:bCs/>
                <w:sz w:val="28"/>
                <w:szCs w:val="28"/>
              </w:rPr>
            </w:pPr>
            <w:r w:rsidRPr="00EF3DF9">
              <w:rPr>
                <w:b/>
                <w:bCs/>
                <w:sz w:val="28"/>
                <w:szCs w:val="28"/>
              </w:rPr>
              <w:t>T.C.</w:t>
            </w:r>
          </w:p>
          <w:p w14:paraId="06FB3627" w14:textId="77777777" w:rsidR="00094FCC" w:rsidRDefault="00094FCC" w:rsidP="00094FCC">
            <w:pPr>
              <w:jc w:val="center"/>
              <w:rPr>
                <w:b/>
                <w:bCs/>
                <w:sz w:val="28"/>
                <w:szCs w:val="28"/>
              </w:rPr>
            </w:pPr>
            <w:r w:rsidRPr="00EF3DF9">
              <w:rPr>
                <w:b/>
                <w:bCs/>
                <w:sz w:val="28"/>
                <w:szCs w:val="28"/>
              </w:rPr>
              <w:t xml:space="preserve">HARRAN ÜNİVERSİTESİ </w:t>
            </w:r>
          </w:p>
          <w:p w14:paraId="6E5935DB" w14:textId="77777777" w:rsidR="00094FCC" w:rsidRPr="00EF3DF9" w:rsidRDefault="00094FCC" w:rsidP="00094FC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MÜHENDİSLİK FAKÜLTESİ</w:t>
            </w:r>
          </w:p>
          <w:p w14:paraId="6F73FB88" w14:textId="77777777" w:rsidR="00094FCC" w:rsidRDefault="00094FCC" w:rsidP="00094FC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YANDAL</w:t>
            </w:r>
            <w:r w:rsidRPr="00EF3DF9">
              <w:rPr>
                <w:b/>
                <w:bCs/>
                <w:sz w:val="28"/>
                <w:szCs w:val="28"/>
              </w:rPr>
              <w:t xml:space="preserve"> PROGRAMI MÜFREDATI</w:t>
            </w:r>
          </w:p>
          <w:p w14:paraId="39A4E5F1" w14:textId="77777777" w:rsidR="00665340" w:rsidRPr="00EF3DF9" w:rsidRDefault="00665340" w:rsidP="0066534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DC06FBD" w14:textId="77777777" w:rsidR="00665340" w:rsidRDefault="00665340" w:rsidP="00504626"/>
        </w:tc>
      </w:tr>
    </w:tbl>
    <w:p w14:paraId="38695A1D" w14:textId="77777777" w:rsidR="00665340" w:rsidRDefault="00665340" w:rsidP="00A3673C"/>
    <w:tbl>
      <w:tblPr>
        <w:tblStyle w:val="TabloKlavuzu"/>
        <w:tblW w:w="10702" w:type="dxa"/>
        <w:tblInd w:w="38" w:type="dxa"/>
        <w:tblLook w:val="04A0" w:firstRow="1" w:lastRow="0" w:firstColumn="1" w:lastColumn="0" w:noHBand="0" w:noVBand="1"/>
      </w:tblPr>
      <w:tblGrid>
        <w:gridCol w:w="1985"/>
        <w:gridCol w:w="6237"/>
        <w:gridCol w:w="2480"/>
      </w:tblGrid>
      <w:tr w:rsidR="00665340" w14:paraId="49E9C596" w14:textId="77777777" w:rsidTr="00B35BEF">
        <w:tc>
          <w:tcPr>
            <w:tcW w:w="10702" w:type="dxa"/>
            <w:gridSpan w:val="3"/>
            <w:shd w:val="clear" w:color="auto" w:fill="F85111"/>
          </w:tcPr>
          <w:p w14:paraId="2428BD10" w14:textId="75AEFBFD" w:rsidR="00665340" w:rsidRPr="00383E6B" w:rsidRDefault="00094FCC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MAKİNE MÜHENDİSLİĞİ </w:t>
            </w:r>
            <w:r w:rsidR="00665340" w:rsidRPr="00383E6B">
              <w:rPr>
                <w:b/>
                <w:bCs/>
                <w:color w:val="FFFFFF" w:themeColor="background1"/>
              </w:rPr>
              <w:t>BÖLÜMÜ</w:t>
            </w:r>
          </w:p>
        </w:tc>
      </w:tr>
      <w:tr w:rsidR="00665340" w14:paraId="073CB75A" w14:textId="77777777" w:rsidTr="00B35BEF">
        <w:tc>
          <w:tcPr>
            <w:tcW w:w="1985" w:type="dxa"/>
            <w:shd w:val="clear" w:color="auto" w:fill="F85111"/>
          </w:tcPr>
          <w:p w14:paraId="284DDCDE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KODU</w:t>
            </w:r>
          </w:p>
        </w:tc>
        <w:tc>
          <w:tcPr>
            <w:tcW w:w="6237" w:type="dxa"/>
            <w:shd w:val="clear" w:color="auto" w:fill="F85111"/>
          </w:tcPr>
          <w:p w14:paraId="4E1EEE2A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ADI</w:t>
            </w:r>
          </w:p>
        </w:tc>
        <w:tc>
          <w:tcPr>
            <w:tcW w:w="2480" w:type="dxa"/>
            <w:shd w:val="clear" w:color="auto" w:fill="F85111"/>
          </w:tcPr>
          <w:p w14:paraId="13A39FF8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AKTS</w:t>
            </w:r>
          </w:p>
        </w:tc>
      </w:tr>
      <w:tr w:rsidR="00E67487" w14:paraId="57ADE411" w14:textId="77777777" w:rsidTr="00B35BEF">
        <w:tc>
          <w:tcPr>
            <w:tcW w:w="1985" w:type="dxa"/>
          </w:tcPr>
          <w:p w14:paraId="3F52AB65" w14:textId="1D698005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237" w:type="dxa"/>
          </w:tcPr>
          <w:p w14:paraId="61862844" w14:textId="6F88D9C8" w:rsidR="00E67487" w:rsidRPr="00665340" w:rsidRDefault="00094FCC" w:rsidP="00E67487">
            <w:pPr>
              <w:pStyle w:val="p1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STATİK</w:t>
            </w:r>
          </w:p>
        </w:tc>
        <w:tc>
          <w:tcPr>
            <w:tcW w:w="2480" w:type="dxa"/>
          </w:tcPr>
          <w:p w14:paraId="72C3AC17" w14:textId="7017BDE5" w:rsidR="00E67487" w:rsidRPr="00665340" w:rsidRDefault="00094FCC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E67487" w14:paraId="150622FD" w14:textId="77777777" w:rsidTr="00B35BEF">
        <w:tc>
          <w:tcPr>
            <w:tcW w:w="1985" w:type="dxa"/>
          </w:tcPr>
          <w:p w14:paraId="451347CD" w14:textId="6A50E74C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237" w:type="dxa"/>
          </w:tcPr>
          <w:p w14:paraId="0FB66555" w14:textId="3106849D" w:rsidR="00E67487" w:rsidRPr="00665340" w:rsidRDefault="00094FCC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MUKAVEMET I</w:t>
            </w:r>
          </w:p>
        </w:tc>
        <w:tc>
          <w:tcPr>
            <w:tcW w:w="2480" w:type="dxa"/>
          </w:tcPr>
          <w:p w14:paraId="635A29E5" w14:textId="621A4297" w:rsidR="00E67487" w:rsidRPr="00665340" w:rsidRDefault="00094FCC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E67487" w14:paraId="0CAF75AA" w14:textId="77777777" w:rsidTr="00B35BEF">
        <w:tc>
          <w:tcPr>
            <w:tcW w:w="1985" w:type="dxa"/>
          </w:tcPr>
          <w:p w14:paraId="277913DC" w14:textId="0A97361E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237" w:type="dxa"/>
          </w:tcPr>
          <w:p w14:paraId="6AFBB17E" w14:textId="418C1EA1" w:rsidR="00E67487" w:rsidRPr="00665340" w:rsidRDefault="00094FCC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DİNAMİK </w:t>
            </w:r>
          </w:p>
        </w:tc>
        <w:tc>
          <w:tcPr>
            <w:tcW w:w="2480" w:type="dxa"/>
          </w:tcPr>
          <w:p w14:paraId="54D50F0E" w14:textId="377FE20D" w:rsidR="00E67487" w:rsidRPr="00665340" w:rsidRDefault="00094FCC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E67487" w14:paraId="69998BAC" w14:textId="77777777" w:rsidTr="00B35BEF">
        <w:tc>
          <w:tcPr>
            <w:tcW w:w="1985" w:type="dxa"/>
          </w:tcPr>
          <w:p w14:paraId="4241AB9C" w14:textId="0F8F5AE4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237" w:type="dxa"/>
          </w:tcPr>
          <w:p w14:paraId="6C6169FE" w14:textId="11A1D91B" w:rsidR="00E67487" w:rsidRPr="00665340" w:rsidRDefault="00094FCC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TERMODİNAMİK I </w:t>
            </w:r>
          </w:p>
        </w:tc>
        <w:tc>
          <w:tcPr>
            <w:tcW w:w="2480" w:type="dxa"/>
          </w:tcPr>
          <w:p w14:paraId="702C2BCF" w14:textId="091288D3" w:rsidR="00E67487" w:rsidRPr="00665340" w:rsidRDefault="00094FCC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E67487" w14:paraId="083FA83A" w14:textId="77777777" w:rsidTr="00B35BEF">
        <w:tc>
          <w:tcPr>
            <w:tcW w:w="1985" w:type="dxa"/>
          </w:tcPr>
          <w:p w14:paraId="42903FD8" w14:textId="459BB845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237" w:type="dxa"/>
          </w:tcPr>
          <w:p w14:paraId="32EE0CB3" w14:textId="578E9456" w:rsidR="00E67487" w:rsidRPr="00665340" w:rsidRDefault="00094FCC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AKIŞKANLAR MEKANİĞİ I </w:t>
            </w:r>
          </w:p>
        </w:tc>
        <w:tc>
          <w:tcPr>
            <w:tcW w:w="2480" w:type="dxa"/>
          </w:tcPr>
          <w:p w14:paraId="7169F096" w14:textId="13DD7BFD" w:rsidR="00E67487" w:rsidRPr="00665340" w:rsidRDefault="00094FCC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E67487" w14:paraId="7E8084EA" w14:textId="77777777" w:rsidTr="00B35BEF">
        <w:tc>
          <w:tcPr>
            <w:tcW w:w="1985" w:type="dxa"/>
          </w:tcPr>
          <w:p w14:paraId="0D25649B" w14:textId="5AF6E6C6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237" w:type="dxa"/>
          </w:tcPr>
          <w:p w14:paraId="6E91563D" w14:textId="46A559EE" w:rsidR="00E67487" w:rsidRPr="00665340" w:rsidRDefault="00094FCC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MAKİNE ELEMANLARI I </w:t>
            </w:r>
          </w:p>
        </w:tc>
        <w:tc>
          <w:tcPr>
            <w:tcW w:w="2480" w:type="dxa"/>
          </w:tcPr>
          <w:p w14:paraId="58A64A62" w14:textId="5077DACC" w:rsidR="00E67487" w:rsidRPr="00665340" w:rsidRDefault="00094FCC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E67487" w14:paraId="1EA4866A" w14:textId="77777777" w:rsidTr="00B35BEF">
        <w:tc>
          <w:tcPr>
            <w:tcW w:w="1985" w:type="dxa"/>
          </w:tcPr>
          <w:p w14:paraId="2377F3C1" w14:textId="024A3599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237" w:type="dxa"/>
          </w:tcPr>
          <w:p w14:paraId="4BCEF86C" w14:textId="154A3667" w:rsidR="00E67487" w:rsidRPr="00665340" w:rsidRDefault="00094FCC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İMALAT YÖNTEMLERİ I</w:t>
            </w:r>
          </w:p>
        </w:tc>
        <w:tc>
          <w:tcPr>
            <w:tcW w:w="2480" w:type="dxa"/>
          </w:tcPr>
          <w:p w14:paraId="5E1D21BF" w14:textId="5B15C4F0" w:rsidR="00E67487" w:rsidRPr="00665340" w:rsidRDefault="00094FCC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E67487" w14:paraId="3C1FE1C1" w14:textId="77777777" w:rsidTr="00B35BEF">
        <w:tc>
          <w:tcPr>
            <w:tcW w:w="1985" w:type="dxa"/>
          </w:tcPr>
          <w:p w14:paraId="28C544CF" w14:textId="331159C6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237" w:type="dxa"/>
          </w:tcPr>
          <w:p w14:paraId="32ED8ACC" w14:textId="36E12543" w:rsidR="00E67487" w:rsidRPr="00665340" w:rsidRDefault="00094FCC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ISI TRANSFERİ </w:t>
            </w:r>
          </w:p>
        </w:tc>
        <w:tc>
          <w:tcPr>
            <w:tcW w:w="2480" w:type="dxa"/>
          </w:tcPr>
          <w:p w14:paraId="5DF28687" w14:textId="765F443E" w:rsidR="00E67487" w:rsidRPr="00665340" w:rsidRDefault="00094FCC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665340" w14:paraId="05E93444" w14:textId="77777777" w:rsidTr="00B35BEF">
        <w:tc>
          <w:tcPr>
            <w:tcW w:w="8222" w:type="dxa"/>
            <w:gridSpan w:val="2"/>
            <w:shd w:val="clear" w:color="auto" w:fill="F85111"/>
          </w:tcPr>
          <w:p w14:paraId="361105B0" w14:textId="77777777" w:rsidR="00665340" w:rsidRPr="0092777C" w:rsidRDefault="00665340" w:rsidP="00B35BEF">
            <w:pPr>
              <w:jc w:val="right"/>
              <w:rPr>
                <w:b/>
                <w:bCs/>
                <w:color w:val="FFFFFF" w:themeColor="background1"/>
              </w:rPr>
            </w:pPr>
            <w:r w:rsidRPr="0092777C">
              <w:rPr>
                <w:b/>
                <w:bCs/>
                <w:color w:val="FFFFFF" w:themeColor="background1"/>
              </w:rPr>
              <w:t>TOPLAM</w:t>
            </w:r>
          </w:p>
        </w:tc>
        <w:tc>
          <w:tcPr>
            <w:tcW w:w="2480" w:type="dxa"/>
            <w:shd w:val="clear" w:color="auto" w:fill="F85111"/>
          </w:tcPr>
          <w:p w14:paraId="4613EFF4" w14:textId="523039DC" w:rsidR="00665340" w:rsidRPr="0092777C" w:rsidRDefault="00094FCC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31</w:t>
            </w:r>
          </w:p>
        </w:tc>
      </w:tr>
    </w:tbl>
    <w:p w14:paraId="5EBB78FB" w14:textId="77777777" w:rsidR="00395934" w:rsidRDefault="00395934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p w14:paraId="10C19F7F" w14:textId="77777777" w:rsidR="00E67487" w:rsidRDefault="00E67487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p w14:paraId="66888232" w14:textId="77777777" w:rsidR="00E67487" w:rsidRPr="00665340" w:rsidRDefault="00E67487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sectPr w:rsidR="00E67487" w:rsidRPr="00665340" w:rsidSect="00383E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B9E6EE" w14:textId="77777777" w:rsidR="0022161D" w:rsidRDefault="0022161D" w:rsidP="009A25FB">
      <w:pPr>
        <w:spacing w:after="0" w:line="240" w:lineRule="auto"/>
      </w:pPr>
      <w:r>
        <w:separator/>
      </w:r>
    </w:p>
  </w:endnote>
  <w:endnote w:type="continuationSeparator" w:id="0">
    <w:p w14:paraId="587B60FD" w14:textId="77777777" w:rsidR="0022161D" w:rsidRDefault="0022161D" w:rsidP="009A2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3FE1E4" w14:textId="77777777" w:rsidR="00504626" w:rsidRDefault="0050462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1D4E88" w14:textId="77777777" w:rsidR="00504626" w:rsidRDefault="0050462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647120" w14:textId="77777777" w:rsidR="00504626" w:rsidRDefault="005046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CC6A67" w14:textId="77777777" w:rsidR="0022161D" w:rsidRDefault="0022161D" w:rsidP="009A25FB">
      <w:pPr>
        <w:spacing w:after="0" w:line="240" w:lineRule="auto"/>
      </w:pPr>
      <w:r>
        <w:separator/>
      </w:r>
    </w:p>
  </w:footnote>
  <w:footnote w:type="continuationSeparator" w:id="0">
    <w:p w14:paraId="4D1F03D5" w14:textId="77777777" w:rsidR="0022161D" w:rsidRDefault="0022161D" w:rsidP="009A2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82B9BC" w14:textId="30C3A3F7" w:rsidR="00504626" w:rsidRDefault="0022161D">
    <w:pPr>
      <w:pStyle w:val="stBilgi"/>
    </w:pPr>
    <w:r>
      <w:rPr>
        <w:noProof/>
      </w:rPr>
      <w:pict w14:anchorId="6CE083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" style="position:absolute;margin-left:0;margin-top:0;width:523pt;height:523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1BED2B" w14:textId="051AFADA" w:rsidR="00504626" w:rsidRDefault="0022161D">
    <w:pPr>
      <w:pStyle w:val="stBilgi"/>
    </w:pPr>
    <w:r>
      <w:rPr>
        <w:noProof/>
      </w:rPr>
      <w:pict w14:anchorId="6FA78C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margin-left:0;margin-top:0;width:523pt;height:523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F53C58" w14:textId="468C700C" w:rsidR="00504626" w:rsidRDefault="0022161D">
    <w:pPr>
      <w:pStyle w:val="stBilgi"/>
    </w:pPr>
    <w:r>
      <w:rPr>
        <w:noProof/>
      </w:rPr>
      <w:pict w14:anchorId="208AB6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" style="position:absolute;margin-left:0;margin-top:0;width:523pt;height:523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3982840"/>
    <w:multiLevelType w:val="hybridMultilevel"/>
    <w:tmpl w:val="B9405E62"/>
    <w:lvl w:ilvl="0" w:tplc="4CA8330E">
      <w:start w:val="2"/>
      <w:numFmt w:val="decimal"/>
      <w:lvlText w:val="(%1)"/>
      <w:lvlJc w:val="left"/>
      <w:pPr>
        <w:ind w:left="23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AD49B70">
      <w:start w:val="1"/>
      <w:numFmt w:val="lowerLetter"/>
      <w:lvlText w:val="(%2)"/>
      <w:lvlJc w:val="left"/>
      <w:pPr>
        <w:ind w:left="23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tr-TR" w:eastAsia="en-US" w:bidi="ar-SA"/>
      </w:rPr>
    </w:lvl>
    <w:lvl w:ilvl="2" w:tplc="A23ED084">
      <w:numFmt w:val="bullet"/>
      <w:lvlText w:val="•"/>
      <w:lvlJc w:val="left"/>
      <w:pPr>
        <w:ind w:left="1859" w:hanging="495"/>
      </w:pPr>
      <w:rPr>
        <w:rFonts w:hint="default"/>
        <w:lang w:val="tr-TR" w:eastAsia="en-US" w:bidi="ar-SA"/>
      </w:rPr>
    </w:lvl>
    <w:lvl w:ilvl="3" w:tplc="CD74579C">
      <w:numFmt w:val="bullet"/>
      <w:lvlText w:val="•"/>
      <w:lvlJc w:val="left"/>
      <w:pPr>
        <w:ind w:left="2779" w:hanging="495"/>
      </w:pPr>
      <w:rPr>
        <w:rFonts w:hint="default"/>
        <w:lang w:val="tr-TR" w:eastAsia="en-US" w:bidi="ar-SA"/>
      </w:rPr>
    </w:lvl>
    <w:lvl w:ilvl="4" w:tplc="8E0CF824">
      <w:numFmt w:val="bullet"/>
      <w:lvlText w:val="•"/>
      <w:lvlJc w:val="left"/>
      <w:pPr>
        <w:ind w:left="3699" w:hanging="495"/>
      </w:pPr>
      <w:rPr>
        <w:rFonts w:hint="default"/>
        <w:lang w:val="tr-TR" w:eastAsia="en-US" w:bidi="ar-SA"/>
      </w:rPr>
    </w:lvl>
    <w:lvl w:ilvl="5" w:tplc="07EEB3CC">
      <w:numFmt w:val="bullet"/>
      <w:lvlText w:val="•"/>
      <w:lvlJc w:val="left"/>
      <w:pPr>
        <w:ind w:left="4619" w:hanging="495"/>
      </w:pPr>
      <w:rPr>
        <w:rFonts w:hint="default"/>
        <w:lang w:val="tr-TR" w:eastAsia="en-US" w:bidi="ar-SA"/>
      </w:rPr>
    </w:lvl>
    <w:lvl w:ilvl="6" w:tplc="437C576C">
      <w:numFmt w:val="bullet"/>
      <w:lvlText w:val="•"/>
      <w:lvlJc w:val="left"/>
      <w:pPr>
        <w:ind w:left="5539" w:hanging="495"/>
      </w:pPr>
      <w:rPr>
        <w:rFonts w:hint="default"/>
        <w:lang w:val="tr-TR" w:eastAsia="en-US" w:bidi="ar-SA"/>
      </w:rPr>
    </w:lvl>
    <w:lvl w:ilvl="7" w:tplc="642679B2">
      <w:numFmt w:val="bullet"/>
      <w:lvlText w:val="•"/>
      <w:lvlJc w:val="left"/>
      <w:pPr>
        <w:ind w:left="6459" w:hanging="495"/>
      </w:pPr>
      <w:rPr>
        <w:rFonts w:hint="default"/>
        <w:lang w:val="tr-TR" w:eastAsia="en-US" w:bidi="ar-SA"/>
      </w:rPr>
    </w:lvl>
    <w:lvl w:ilvl="8" w:tplc="008EA7BE">
      <w:numFmt w:val="bullet"/>
      <w:lvlText w:val="•"/>
      <w:lvlJc w:val="left"/>
      <w:pPr>
        <w:ind w:left="7379" w:hanging="495"/>
      </w:pPr>
      <w:rPr>
        <w:rFonts w:hint="default"/>
        <w:lang w:val="tr-TR" w:eastAsia="en-US" w:bidi="ar-SA"/>
      </w:rPr>
    </w:lvl>
  </w:abstractNum>
  <w:num w:numId="1" w16cid:durableId="713310857">
    <w:abstractNumId w:val="8"/>
  </w:num>
  <w:num w:numId="2" w16cid:durableId="1832872824">
    <w:abstractNumId w:val="6"/>
  </w:num>
  <w:num w:numId="3" w16cid:durableId="1845590260">
    <w:abstractNumId w:val="5"/>
  </w:num>
  <w:num w:numId="4" w16cid:durableId="245041814">
    <w:abstractNumId w:val="4"/>
  </w:num>
  <w:num w:numId="5" w16cid:durableId="1505319200">
    <w:abstractNumId w:val="7"/>
  </w:num>
  <w:num w:numId="6" w16cid:durableId="913585292">
    <w:abstractNumId w:val="3"/>
  </w:num>
  <w:num w:numId="7" w16cid:durableId="1420954247">
    <w:abstractNumId w:val="2"/>
  </w:num>
  <w:num w:numId="8" w16cid:durableId="402990017">
    <w:abstractNumId w:val="1"/>
  </w:num>
  <w:num w:numId="9" w16cid:durableId="1872181572">
    <w:abstractNumId w:val="0"/>
  </w:num>
  <w:num w:numId="10" w16cid:durableId="88953922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displayBackgroundShape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E3B"/>
    <w:rsid w:val="00034616"/>
    <w:rsid w:val="00056AE2"/>
    <w:rsid w:val="0006063C"/>
    <w:rsid w:val="0008733B"/>
    <w:rsid w:val="00094FCC"/>
    <w:rsid w:val="000F234B"/>
    <w:rsid w:val="0010738C"/>
    <w:rsid w:val="00114F57"/>
    <w:rsid w:val="0012402D"/>
    <w:rsid w:val="001274F6"/>
    <w:rsid w:val="00136F12"/>
    <w:rsid w:val="0015074B"/>
    <w:rsid w:val="001C6848"/>
    <w:rsid w:val="001D02D1"/>
    <w:rsid w:val="0022161D"/>
    <w:rsid w:val="00242D1B"/>
    <w:rsid w:val="00251833"/>
    <w:rsid w:val="00260DB4"/>
    <w:rsid w:val="0029639D"/>
    <w:rsid w:val="002A3ABE"/>
    <w:rsid w:val="00314B2F"/>
    <w:rsid w:val="00326F90"/>
    <w:rsid w:val="003324D4"/>
    <w:rsid w:val="00373DE2"/>
    <w:rsid w:val="00383E6B"/>
    <w:rsid w:val="00395934"/>
    <w:rsid w:val="003F0E30"/>
    <w:rsid w:val="00407D8D"/>
    <w:rsid w:val="00413E53"/>
    <w:rsid w:val="00425AB1"/>
    <w:rsid w:val="004D60C3"/>
    <w:rsid w:val="004E6133"/>
    <w:rsid w:val="00504626"/>
    <w:rsid w:val="00513A12"/>
    <w:rsid w:val="00513E95"/>
    <w:rsid w:val="0053097D"/>
    <w:rsid w:val="00551497"/>
    <w:rsid w:val="005777BF"/>
    <w:rsid w:val="00581306"/>
    <w:rsid w:val="005B7407"/>
    <w:rsid w:val="006514F9"/>
    <w:rsid w:val="00651582"/>
    <w:rsid w:val="00663971"/>
    <w:rsid w:val="00665340"/>
    <w:rsid w:val="006653D0"/>
    <w:rsid w:val="006A1661"/>
    <w:rsid w:val="006E030B"/>
    <w:rsid w:val="006F5E5B"/>
    <w:rsid w:val="008032E5"/>
    <w:rsid w:val="0084251F"/>
    <w:rsid w:val="009026C3"/>
    <w:rsid w:val="00911EF1"/>
    <w:rsid w:val="0092777C"/>
    <w:rsid w:val="00950E4B"/>
    <w:rsid w:val="00953267"/>
    <w:rsid w:val="00983AE1"/>
    <w:rsid w:val="00997F17"/>
    <w:rsid w:val="009A10FB"/>
    <w:rsid w:val="009A25FB"/>
    <w:rsid w:val="00A3673C"/>
    <w:rsid w:val="00AA1D8D"/>
    <w:rsid w:val="00AD7FCB"/>
    <w:rsid w:val="00B111CC"/>
    <w:rsid w:val="00B275F0"/>
    <w:rsid w:val="00B47730"/>
    <w:rsid w:val="00B83036"/>
    <w:rsid w:val="00B94AF3"/>
    <w:rsid w:val="00B9623D"/>
    <w:rsid w:val="00BA46CE"/>
    <w:rsid w:val="00BF6437"/>
    <w:rsid w:val="00C17950"/>
    <w:rsid w:val="00C556E0"/>
    <w:rsid w:val="00CA7D24"/>
    <w:rsid w:val="00CB0664"/>
    <w:rsid w:val="00CF3267"/>
    <w:rsid w:val="00D05407"/>
    <w:rsid w:val="00D277A6"/>
    <w:rsid w:val="00DA46BE"/>
    <w:rsid w:val="00DD4C93"/>
    <w:rsid w:val="00E100DB"/>
    <w:rsid w:val="00E67487"/>
    <w:rsid w:val="00E9348F"/>
    <w:rsid w:val="00EA5F22"/>
    <w:rsid w:val="00EF1913"/>
    <w:rsid w:val="00EF3DF9"/>
    <w:rsid w:val="00F175D7"/>
    <w:rsid w:val="00F405F9"/>
    <w:rsid w:val="00F901C3"/>
    <w:rsid w:val="00FC693F"/>
    <w:rsid w:val="00FD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F247C"/>
  <w14:defaultImageDpi w14:val="300"/>
  <w15:docId w15:val="{7D29D770-E78E-AE4C-8BAB-D4FF31085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1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Normal"/>
    <w:rsid w:val="0012402D"/>
    <w:pPr>
      <w:spacing w:after="0" w:line="240" w:lineRule="auto"/>
    </w:pPr>
    <w:rPr>
      <w:rFonts w:ascii="Helvetica" w:eastAsia="Times New Roman" w:hAnsi="Helvetica" w:cs="Times New Roman"/>
      <w:color w:val="000000"/>
      <w:sz w:val="15"/>
      <w:szCs w:val="15"/>
      <w:lang w:val="tr-TR" w:eastAsia="tr-TR"/>
    </w:rPr>
  </w:style>
  <w:style w:type="character" w:customStyle="1" w:styleId="apple-converted-space">
    <w:name w:val="apple-converted-space"/>
    <w:basedOn w:val="VarsaylanParagrafYazTipi"/>
    <w:rsid w:val="0012402D"/>
  </w:style>
  <w:style w:type="character" w:customStyle="1" w:styleId="s1">
    <w:name w:val="s1"/>
    <w:basedOn w:val="VarsaylanParagrafYazTipi"/>
    <w:rsid w:val="00665340"/>
    <w:rPr>
      <w:rFonts w:ascii="Times New Roman" w:hAnsi="Times New Roman" w:cs="Times New Roman" w:hint="default"/>
      <w:sz w:val="35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Öğr. Gör.  Sinem BARUT KIRAT</cp:lastModifiedBy>
  <cp:revision>37</cp:revision>
  <dcterms:created xsi:type="dcterms:W3CDTF">2013-12-23T23:15:00Z</dcterms:created>
  <dcterms:modified xsi:type="dcterms:W3CDTF">2026-09-23T16:42:00Z</dcterms:modified>
  <cp:category/>
</cp:coreProperties>
</file>