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8826D40" w14:textId="77777777" w:rsidR="00454CB3" w:rsidRPr="00EF3DF9" w:rsidRDefault="00454CB3" w:rsidP="00454CB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İKTİSADİ ve İDARİ BİLİMLER 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112468FC" w:rsidR="00665340" w:rsidRPr="00383E6B" w:rsidRDefault="00454CB3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KAMU YÖNETİMİ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454CB3" w14:paraId="57ADE411" w14:textId="77777777" w:rsidTr="00B35BEF">
        <w:tc>
          <w:tcPr>
            <w:tcW w:w="1985" w:type="dxa"/>
          </w:tcPr>
          <w:p w14:paraId="3F52AB65" w14:textId="1640002F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2410050103</w:t>
            </w:r>
          </w:p>
        </w:tc>
        <w:tc>
          <w:tcPr>
            <w:tcW w:w="6237" w:type="dxa"/>
          </w:tcPr>
          <w:p w14:paraId="61862844" w14:textId="3053BD0D" w:rsidR="00454CB3" w:rsidRPr="00454CB3" w:rsidRDefault="00454CB3" w:rsidP="00454CB3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Sosyoloji</w:t>
            </w:r>
          </w:p>
        </w:tc>
        <w:tc>
          <w:tcPr>
            <w:tcW w:w="2480" w:type="dxa"/>
          </w:tcPr>
          <w:p w14:paraId="72C3AC17" w14:textId="17887B7C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454CB3" w14:paraId="150622FD" w14:textId="77777777" w:rsidTr="00B35BEF">
        <w:tc>
          <w:tcPr>
            <w:tcW w:w="1985" w:type="dxa"/>
          </w:tcPr>
          <w:p w14:paraId="451347CD" w14:textId="69F5FCC4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2410050201</w:t>
            </w:r>
          </w:p>
        </w:tc>
        <w:tc>
          <w:tcPr>
            <w:tcW w:w="6237" w:type="dxa"/>
          </w:tcPr>
          <w:p w14:paraId="0FB66555" w14:textId="1CEED84D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Kamu Yönetimine Giriş</w:t>
            </w:r>
          </w:p>
        </w:tc>
        <w:tc>
          <w:tcPr>
            <w:tcW w:w="2480" w:type="dxa"/>
          </w:tcPr>
          <w:p w14:paraId="635A29E5" w14:textId="11ECC76F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454CB3" w14:paraId="0CAF75AA" w14:textId="77777777" w:rsidTr="00B35BEF">
        <w:tc>
          <w:tcPr>
            <w:tcW w:w="1985" w:type="dxa"/>
          </w:tcPr>
          <w:p w14:paraId="277913DC" w14:textId="43ABAF69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2410050401</w:t>
            </w:r>
          </w:p>
        </w:tc>
        <w:tc>
          <w:tcPr>
            <w:tcW w:w="6237" w:type="dxa"/>
          </w:tcPr>
          <w:p w14:paraId="6AFBB17E" w14:textId="2C7530ED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İdari Yargı</w:t>
            </w:r>
          </w:p>
        </w:tc>
        <w:tc>
          <w:tcPr>
            <w:tcW w:w="2480" w:type="dxa"/>
          </w:tcPr>
          <w:p w14:paraId="54D50F0E" w14:textId="26E2CF83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454CB3" w14:paraId="69998BAC" w14:textId="77777777" w:rsidTr="00B35BEF">
        <w:tc>
          <w:tcPr>
            <w:tcW w:w="1985" w:type="dxa"/>
          </w:tcPr>
          <w:p w14:paraId="4241AB9C" w14:textId="663F9F24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2410050503</w:t>
            </w:r>
          </w:p>
        </w:tc>
        <w:tc>
          <w:tcPr>
            <w:tcW w:w="6237" w:type="dxa"/>
          </w:tcPr>
          <w:p w14:paraId="6C6169FE" w14:textId="31C91E04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Yerel Yönetimler</w:t>
            </w:r>
          </w:p>
        </w:tc>
        <w:tc>
          <w:tcPr>
            <w:tcW w:w="2480" w:type="dxa"/>
          </w:tcPr>
          <w:p w14:paraId="702C2BCF" w14:textId="0B91558D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454CB3" w14:paraId="083FA83A" w14:textId="77777777" w:rsidTr="00B35BEF">
        <w:tc>
          <w:tcPr>
            <w:tcW w:w="1985" w:type="dxa"/>
          </w:tcPr>
          <w:p w14:paraId="42903FD8" w14:textId="618BAA62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2410050601</w:t>
            </w:r>
          </w:p>
        </w:tc>
        <w:tc>
          <w:tcPr>
            <w:tcW w:w="6237" w:type="dxa"/>
          </w:tcPr>
          <w:p w14:paraId="32EE0CB3" w14:textId="4614593A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Siyasi Tarih</w:t>
            </w:r>
          </w:p>
        </w:tc>
        <w:tc>
          <w:tcPr>
            <w:tcW w:w="2480" w:type="dxa"/>
          </w:tcPr>
          <w:p w14:paraId="7169F096" w14:textId="15AFE7EE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454CB3" w14:paraId="7E8084EA" w14:textId="77777777" w:rsidTr="00B35BEF">
        <w:tc>
          <w:tcPr>
            <w:tcW w:w="1985" w:type="dxa"/>
          </w:tcPr>
          <w:p w14:paraId="0D25649B" w14:textId="1861517B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2410050701</w:t>
            </w:r>
          </w:p>
        </w:tc>
        <w:tc>
          <w:tcPr>
            <w:tcW w:w="6237" w:type="dxa"/>
          </w:tcPr>
          <w:p w14:paraId="6E91563D" w14:textId="687FA21D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Türk Siyasal Hayatı</w:t>
            </w:r>
          </w:p>
        </w:tc>
        <w:tc>
          <w:tcPr>
            <w:tcW w:w="2480" w:type="dxa"/>
          </w:tcPr>
          <w:p w14:paraId="58A64A62" w14:textId="037B28DA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454CB3" w14:paraId="1EA4866A" w14:textId="77777777" w:rsidTr="00B35BEF">
        <w:tc>
          <w:tcPr>
            <w:tcW w:w="1985" w:type="dxa"/>
          </w:tcPr>
          <w:p w14:paraId="2377F3C1" w14:textId="26DADF68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2410050703</w:t>
            </w:r>
          </w:p>
        </w:tc>
        <w:tc>
          <w:tcPr>
            <w:tcW w:w="6237" w:type="dxa"/>
          </w:tcPr>
          <w:p w14:paraId="4BCEF86C" w14:textId="35B952B4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Çevre Yönetimi</w:t>
            </w:r>
          </w:p>
        </w:tc>
        <w:tc>
          <w:tcPr>
            <w:tcW w:w="2480" w:type="dxa"/>
          </w:tcPr>
          <w:p w14:paraId="5E1D21BF" w14:textId="21A68687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454CB3" w14:paraId="3C1FE1C1" w14:textId="77777777" w:rsidTr="00B35BEF">
        <w:tc>
          <w:tcPr>
            <w:tcW w:w="1985" w:type="dxa"/>
          </w:tcPr>
          <w:p w14:paraId="28C544CF" w14:textId="0C83B94B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2410050803</w:t>
            </w:r>
          </w:p>
        </w:tc>
        <w:tc>
          <w:tcPr>
            <w:tcW w:w="6237" w:type="dxa"/>
          </w:tcPr>
          <w:p w14:paraId="32ED8ACC" w14:textId="34683A54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Kentsel Düşünce Tarihi</w:t>
            </w:r>
          </w:p>
        </w:tc>
        <w:tc>
          <w:tcPr>
            <w:tcW w:w="2480" w:type="dxa"/>
          </w:tcPr>
          <w:p w14:paraId="5DF28687" w14:textId="1D927851" w:rsidR="00454CB3" w:rsidRPr="00454CB3" w:rsidRDefault="00454CB3" w:rsidP="00454C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54CB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29267CB2" w:rsidR="00665340" w:rsidRPr="0092777C" w:rsidRDefault="00454CB3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38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C835A6" w14:textId="77777777" w:rsidR="00D653EF" w:rsidRDefault="00D653EF" w:rsidP="009A25FB">
      <w:pPr>
        <w:spacing w:after="0" w:line="240" w:lineRule="auto"/>
      </w:pPr>
      <w:r>
        <w:separator/>
      </w:r>
    </w:p>
  </w:endnote>
  <w:endnote w:type="continuationSeparator" w:id="0">
    <w:p w14:paraId="7BB5609A" w14:textId="77777777" w:rsidR="00D653EF" w:rsidRDefault="00D653EF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C65BCD" w14:textId="77777777" w:rsidR="00D653EF" w:rsidRDefault="00D653EF" w:rsidP="009A25FB">
      <w:pPr>
        <w:spacing w:after="0" w:line="240" w:lineRule="auto"/>
      </w:pPr>
      <w:r>
        <w:separator/>
      </w:r>
    </w:p>
  </w:footnote>
  <w:footnote w:type="continuationSeparator" w:id="0">
    <w:p w14:paraId="0BC02248" w14:textId="77777777" w:rsidR="00D653EF" w:rsidRDefault="00D653EF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D653EF">
    <w:pPr>
      <w:pStyle w:val="stBilgi"/>
    </w:pPr>
    <w:r>
      <w:rPr>
        <w:noProof/>
      </w:rPr>
      <w:pict w14:anchorId="7C4D9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D653EF">
    <w:pPr>
      <w:pStyle w:val="stBilgi"/>
    </w:pPr>
    <w:r>
      <w:rPr>
        <w:noProof/>
      </w:rPr>
      <w:pict w14:anchorId="73A0A4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D653EF">
    <w:pPr>
      <w:pStyle w:val="stBilgi"/>
    </w:pPr>
    <w:r>
      <w:rPr>
        <w:noProof/>
      </w:rPr>
      <w:pict w14:anchorId="0ADCF4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54CB3"/>
    <w:rsid w:val="004D60C3"/>
    <w:rsid w:val="004E6133"/>
    <w:rsid w:val="00504626"/>
    <w:rsid w:val="00513A12"/>
    <w:rsid w:val="00513E95"/>
    <w:rsid w:val="0053097D"/>
    <w:rsid w:val="00551497"/>
    <w:rsid w:val="00581306"/>
    <w:rsid w:val="005B7407"/>
    <w:rsid w:val="006514F9"/>
    <w:rsid w:val="00651582"/>
    <w:rsid w:val="00663971"/>
    <w:rsid w:val="00665340"/>
    <w:rsid w:val="006653D0"/>
    <w:rsid w:val="006A1661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A7D24"/>
    <w:rsid w:val="00CB0664"/>
    <w:rsid w:val="00CF3267"/>
    <w:rsid w:val="00D05407"/>
    <w:rsid w:val="00D277A6"/>
    <w:rsid w:val="00D653EF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47</Words>
  <Characters>352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35</cp:revision>
  <dcterms:created xsi:type="dcterms:W3CDTF">2013-12-23T23:15:00Z</dcterms:created>
  <dcterms:modified xsi:type="dcterms:W3CDTF">2026-08-25T17:52:00Z</dcterms:modified>
  <cp:category/>
</cp:coreProperties>
</file>