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73F5928" w14:textId="77777777" w:rsidR="00D73E5F" w:rsidRDefault="00D73E5F" w:rsidP="00D73E5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44C0656" w14:textId="77777777" w:rsidR="00D73E5F" w:rsidRPr="00EF3DF9" w:rsidRDefault="00D73E5F" w:rsidP="00D73E5F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139BCA91" w14:textId="77777777" w:rsidR="00D73E5F" w:rsidRDefault="00D73E5F" w:rsidP="00D73E5F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5AB6CE6D" w14:textId="77777777" w:rsidR="00D73E5F" w:rsidRPr="00EF3DF9" w:rsidRDefault="00D73E5F" w:rsidP="00D73E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MÜHENDİSLİK FAKÜLTESİ</w:t>
            </w:r>
          </w:p>
          <w:p w14:paraId="321A1CD1" w14:textId="77777777" w:rsidR="00D73E5F" w:rsidRDefault="00D73E5F" w:rsidP="00D73E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9A4E5F1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6121B943" w:rsidR="00665340" w:rsidRPr="00383E6B" w:rsidRDefault="00D73E5F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ENDÜSTRİ MÜHENDİSLİĞİ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E67487" w14:paraId="57ADE411" w14:textId="77777777" w:rsidTr="00B35BEF">
        <w:tc>
          <w:tcPr>
            <w:tcW w:w="1985" w:type="dxa"/>
          </w:tcPr>
          <w:p w14:paraId="3F52AB65" w14:textId="10349816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2405160502</w:t>
            </w:r>
          </w:p>
        </w:tc>
        <w:tc>
          <w:tcPr>
            <w:tcW w:w="6237" w:type="dxa"/>
          </w:tcPr>
          <w:p w14:paraId="61862844" w14:textId="1C9C2920" w:rsidR="00E67487" w:rsidRPr="00665340" w:rsidRDefault="00D73E5F" w:rsidP="00E67487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YÖNEYLEM ARAŞTIRMASI I</w:t>
            </w:r>
          </w:p>
        </w:tc>
        <w:tc>
          <w:tcPr>
            <w:tcW w:w="2480" w:type="dxa"/>
          </w:tcPr>
          <w:p w14:paraId="72C3AC17" w14:textId="2DE26F7E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E67487" w14:paraId="150622FD" w14:textId="77777777" w:rsidTr="00B35BEF">
        <w:tc>
          <w:tcPr>
            <w:tcW w:w="1985" w:type="dxa"/>
          </w:tcPr>
          <w:p w14:paraId="451347CD" w14:textId="3172F7D9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2405160601</w:t>
            </w:r>
          </w:p>
        </w:tc>
        <w:tc>
          <w:tcPr>
            <w:tcW w:w="6237" w:type="dxa"/>
          </w:tcPr>
          <w:p w14:paraId="0FB66555" w14:textId="3DABB6B0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YÖNEYLEM ARAŞTIRMASI II</w:t>
            </w:r>
          </w:p>
        </w:tc>
        <w:tc>
          <w:tcPr>
            <w:tcW w:w="2480" w:type="dxa"/>
          </w:tcPr>
          <w:p w14:paraId="635A29E5" w14:textId="7F8C553A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E67487" w14:paraId="0CAF75AA" w14:textId="77777777" w:rsidTr="00B35BEF">
        <w:tc>
          <w:tcPr>
            <w:tcW w:w="1985" w:type="dxa"/>
          </w:tcPr>
          <w:p w14:paraId="277913DC" w14:textId="5DD5EE06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2405160505</w:t>
            </w:r>
          </w:p>
        </w:tc>
        <w:tc>
          <w:tcPr>
            <w:tcW w:w="6237" w:type="dxa"/>
          </w:tcPr>
          <w:p w14:paraId="6AFBB17E" w14:textId="1E3CCBF7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ÜRETİM PLANLAMA VE KONTROL I</w:t>
            </w:r>
          </w:p>
        </w:tc>
        <w:tc>
          <w:tcPr>
            <w:tcW w:w="2480" w:type="dxa"/>
          </w:tcPr>
          <w:p w14:paraId="54D50F0E" w14:textId="1D699468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69998BAC" w14:textId="77777777" w:rsidTr="00B35BEF">
        <w:tc>
          <w:tcPr>
            <w:tcW w:w="1985" w:type="dxa"/>
          </w:tcPr>
          <w:p w14:paraId="4241AB9C" w14:textId="7E7F2F27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2405160602</w:t>
            </w:r>
          </w:p>
        </w:tc>
        <w:tc>
          <w:tcPr>
            <w:tcW w:w="6237" w:type="dxa"/>
          </w:tcPr>
          <w:p w14:paraId="6C6169FE" w14:textId="2AE6E075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ÜRETİM PLANLAMA VE KONTROL II</w:t>
            </w:r>
          </w:p>
        </w:tc>
        <w:tc>
          <w:tcPr>
            <w:tcW w:w="2480" w:type="dxa"/>
          </w:tcPr>
          <w:p w14:paraId="702C2BCF" w14:textId="763DC03E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083FA83A" w14:textId="77777777" w:rsidTr="00B35BEF">
        <w:tc>
          <w:tcPr>
            <w:tcW w:w="1985" w:type="dxa"/>
          </w:tcPr>
          <w:p w14:paraId="42903FD8" w14:textId="3E8D22DE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2405160603</w:t>
            </w:r>
          </w:p>
        </w:tc>
        <w:tc>
          <w:tcPr>
            <w:tcW w:w="6237" w:type="dxa"/>
          </w:tcPr>
          <w:p w14:paraId="32EE0CB3" w14:textId="57F67AC7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SİSTEM SİMÜLASYONU</w:t>
            </w:r>
          </w:p>
        </w:tc>
        <w:tc>
          <w:tcPr>
            <w:tcW w:w="2480" w:type="dxa"/>
          </w:tcPr>
          <w:p w14:paraId="7169F096" w14:textId="25D0F9CA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E67487" w14:paraId="7E8084EA" w14:textId="77777777" w:rsidTr="00B35BEF">
        <w:tc>
          <w:tcPr>
            <w:tcW w:w="1985" w:type="dxa"/>
          </w:tcPr>
          <w:p w14:paraId="0D25649B" w14:textId="469BF2C6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2405160503</w:t>
            </w:r>
          </w:p>
        </w:tc>
        <w:tc>
          <w:tcPr>
            <w:tcW w:w="6237" w:type="dxa"/>
          </w:tcPr>
          <w:p w14:paraId="6E91563D" w14:textId="222870CF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KALİTE KONTROL</w:t>
            </w:r>
          </w:p>
        </w:tc>
        <w:tc>
          <w:tcPr>
            <w:tcW w:w="2480" w:type="dxa"/>
          </w:tcPr>
          <w:p w14:paraId="58A64A62" w14:textId="047C6B87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E67487" w14:paraId="1EA4866A" w14:textId="77777777" w:rsidTr="00B35BEF">
        <w:tc>
          <w:tcPr>
            <w:tcW w:w="1985" w:type="dxa"/>
          </w:tcPr>
          <w:p w14:paraId="2377F3C1" w14:textId="03F846F2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2405160506</w:t>
            </w:r>
          </w:p>
        </w:tc>
        <w:tc>
          <w:tcPr>
            <w:tcW w:w="6237" w:type="dxa"/>
          </w:tcPr>
          <w:p w14:paraId="4BCEF86C" w14:textId="1F1C67A3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İŞ ETÜDÜ</w:t>
            </w:r>
          </w:p>
        </w:tc>
        <w:tc>
          <w:tcPr>
            <w:tcW w:w="2480" w:type="dxa"/>
          </w:tcPr>
          <w:p w14:paraId="5E1D21BF" w14:textId="1FC0AACA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E67487" w14:paraId="3C1FE1C1" w14:textId="77777777" w:rsidTr="00B35BEF">
        <w:tc>
          <w:tcPr>
            <w:tcW w:w="1985" w:type="dxa"/>
          </w:tcPr>
          <w:p w14:paraId="28C544CF" w14:textId="65C00392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2405160604</w:t>
            </w:r>
          </w:p>
        </w:tc>
        <w:tc>
          <w:tcPr>
            <w:tcW w:w="6237" w:type="dxa"/>
          </w:tcPr>
          <w:p w14:paraId="32ED8ACC" w14:textId="34D1752C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MÜHENDİSLİK EKONOMİSİ </w:t>
            </w:r>
          </w:p>
        </w:tc>
        <w:tc>
          <w:tcPr>
            <w:tcW w:w="2480" w:type="dxa"/>
          </w:tcPr>
          <w:p w14:paraId="5DF28687" w14:textId="6288F97D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E67487" w14:paraId="25C5F33C" w14:textId="77777777" w:rsidTr="00B35BEF">
        <w:tc>
          <w:tcPr>
            <w:tcW w:w="1985" w:type="dxa"/>
          </w:tcPr>
          <w:p w14:paraId="2E24747E" w14:textId="41D6B5FA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2405160605</w:t>
            </w:r>
          </w:p>
        </w:tc>
        <w:tc>
          <w:tcPr>
            <w:tcW w:w="6237" w:type="dxa"/>
          </w:tcPr>
          <w:p w14:paraId="4795D546" w14:textId="6DA18EB3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İŞ BİLİM</w:t>
            </w:r>
          </w:p>
        </w:tc>
        <w:tc>
          <w:tcPr>
            <w:tcW w:w="2480" w:type="dxa"/>
          </w:tcPr>
          <w:p w14:paraId="5A23AD8D" w14:textId="69EC5E4A" w:rsidR="00E67487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D73E5F" w14:paraId="3FFBE000" w14:textId="77777777" w:rsidTr="00B35BEF">
        <w:tc>
          <w:tcPr>
            <w:tcW w:w="1985" w:type="dxa"/>
          </w:tcPr>
          <w:p w14:paraId="7EA7107B" w14:textId="7B2DB8AB" w:rsidR="00D73E5F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2405160616</w:t>
            </w:r>
          </w:p>
        </w:tc>
        <w:tc>
          <w:tcPr>
            <w:tcW w:w="6237" w:type="dxa"/>
          </w:tcPr>
          <w:p w14:paraId="6A30488D" w14:textId="28A69CE0" w:rsidR="00D73E5F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YALIN ÜRETİM</w:t>
            </w:r>
          </w:p>
        </w:tc>
        <w:tc>
          <w:tcPr>
            <w:tcW w:w="2480" w:type="dxa"/>
          </w:tcPr>
          <w:p w14:paraId="595C2B74" w14:textId="1ADCF9B2" w:rsidR="00D73E5F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D73E5F" w14:paraId="53057056" w14:textId="77777777" w:rsidTr="00B35BEF">
        <w:tc>
          <w:tcPr>
            <w:tcW w:w="1985" w:type="dxa"/>
          </w:tcPr>
          <w:p w14:paraId="3CCD3831" w14:textId="33764C45" w:rsidR="00D73E5F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2405160713</w:t>
            </w:r>
          </w:p>
        </w:tc>
        <w:tc>
          <w:tcPr>
            <w:tcW w:w="6237" w:type="dxa"/>
          </w:tcPr>
          <w:p w14:paraId="27F181A0" w14:textId="6C431095" w:rsidR="00D73E5F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ÜRETİM SİSTEMLERİ</w:t>
            </w:r>
          </w:p>
        </w:tc>
        <w:tc>
          <w:tcPr>
            <w:tcW w:w="2480" w:type="dxa"/>
          </w:tcPr>
          <w:p w14:paraId="77069816" w14:textId="63E0266D" w:rsidR="00D73E5F" w:rsidRPr="00665340" w:rsidRDefault="00D73E5F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42F409A1" w:rsidR="00665340" w:rsidRPr="0092777C" w:rsidRDefault="00D73E5F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42</w:t>
            </w:r>
          </w:p>
        </w:tc>
      </w:tr>
    </w:tbl>
    <w:p w14:paraId="5EBB78FB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0C19F7F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66888232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BD4ED4" w14:textId="77777777" w:rsidR="00A935A2" w:rsidRDefault="00A935A2" w:rsidP="009A25FB">
      <w:pPr>
        <w:spacing w:after="0" w:line="240" w:lineRule="auto"/>
      </w:pPr>
      <w:r>
        <w:separator/>
      </w:r>
    </w:p>
  </w:endnote>
  <w:endnote w:type="continuationSeparator" w:id="0">
    <w:p w14:paraId="04D82729" w14:textId="77777777" w:rsidR="00A935A2" w:rsidRDefault="00A935A2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CBBF61" w14:textId="77777777" w:rsidR="00A935A2" w:rsidRDefault="00A935A2" w:rsidP="009A25FB">
      <w:pPr>
        <w:spacing w:after="0" w:line="240" w:lineRule="auto"/>
      </w:pPr>
      <w:r>
        <w:separator/>
      </w:r>
    </w:p>
  </w:footnote>
  <w:footnote w:type="continuationSeparator" w:id="0">
    <w:p w14:paraId="34ECBFFF" w14:textId="77777777" w:rsidR="00A935A2" w:rsidRDefault="00A935A2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A935A2">
    <w:pPr>
      <w:pStyle w:val="stBilgi"/>
    </w:pPr>
    <w:r>
      <w:rPr>
        <w:noProof/>
      </w:rPr>
      <w:pict w14:anchorId="06BE36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A935A2">
    <w:pPr>
      <w:pStyle w:val="stBilgi"/>
    </w:pPr>
    <w:r>
      <w:rPr>
        <w:noProof/>
      </w:rPr>
      <w:pict w14:anchorId="79EB1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A935A2">
    <w:pPr>
      <w:pStyle w:val="stBilgi"/>
    </w:pPr>
    <w:r>
      <w:rPr>
        <w:noProof/>
      </w:rPr>
      <w:pict w14:anchorId="37CADA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36F12"/>
    <w:rsid w:val="0015074B"/>
    <w:rsid w:val="001C6848"/>
    <w:rsid w:val="001D02D1"/>
    <w:rsid w:val="00242D1B"/>
    <w:rsid w:val="00251833"/>
    <w:rsid w:val="00264246"/>
    <w:rsid w:val="0029639D"/>
    <w:rsid w:val="002A3ABE"/>
    <w:rsid w:val="00314B2F"/>
    <w:rsid w:val="00326F90"/>
    <w:rsid w:val="003324D4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3097D"/>
    <w:rsid w:val="00551497"/>
    <w:rsid w:val="005777BF"/>
    <w:rsid w:val="00581306"/>
    <w:rsid w:val="005B7407"/>
    <w:rsid w:val="006514F9"/>
    <w:rsid w:val="00651582"/>
    <w:rsid w:val="00663971"/>
    <w:rsid w:val="00665340"/>
    <w:rsid w:val="006653D0"/>
    <w:rsid w:val="006A1661"/>
    <w:rsid w:val="006E030B"/>
    <w:rsid w:val="006F5E5B"/>
    <w:rsid w:val="008032E5"/>
    <w:rsid w:val="0084251F"/>
    <w:rsid w:val="008A02B2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A3673C"/>
    <w:rsid w:val="00A935A2"/>
    <w:rsid w:val="00AA1D8D"/>
    <w:rsid w:val="00AD7FCB"/>
    <w:rsid w:val="00B111CC"/>
    <w:rsid w:val="00B275F0"/>
    <w:rsid w:val="00B47730"/>
    <w:rsid w:val="00B83036"/>
    <w:rsid w:val="00B94AF3"/>
    <w:rsid w:val="00B9623D"/>
    <w:rsid w:val="00BA46CE"/>
    <w:rsid w:val="00BF6437"/>
    <w:rsid w:val="00C17950"/>
    <w:rsid w:val="00C556E0"/>
    <w:rsid w:val="00CA7D24"/>
    <w:rsid w:val="00CB0664"/>
    <w:rsid w:val="00CF3267"/>
    <w:rsid w:val="00D05407"/>
    <w:rsid w:val="00D277A6"/>
    <w:rsid w:val="00D73E5F"/>
    <w:rsid w:val="00DA46BE"/>
    <w:rsid w:val="00DD4C93"/>
    <w:rsid w:val="00E100DB"/>
    <w:rsid w:val="00E67487"/>
    <w:rsid w:val="00E9348F"/>
    <w:rsid w:val="00EA5F22"/>
    <w:rsid w:val="00EF1913"/>
    <w:rsid w:val="00EF3DF9"/>
    <w:rsid w:val="00F175D7"/>
    <w:rsid w:val="00F405F9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 Sinem BARUT KIRAT</cp:lastModifiedBy>
  <cp:revision>37</cp:revision>
  <dcterms:created xsi:type="dcterms:W3CDTF">2013-12-23T23:15:00Z</dcterms:created>
  <dcterms:modified xsi:type="dcterms:W3CDTF">2026-09-23T16:42:00Z</dcterms:modified>
  <cp:category/>
</cp:coreProperties>
</file>