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C72BFCF" w14:textId="77777777" w:rsidR="003E1BFF" w:rsidRPr="00EF3DF9" w:rsidRDefault="003E1BFF" w:rsidP="003E1BFF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09354770" w14:textId="77777777" w:rsidR="003E1BFF" w:rsidRDefault="003E1BFF" w:rsidP="003E1BFF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5C024211" w14:textId="77777777" w:rsidR="003E1BFF" w:rsidRPr="00EF3DF9" w:rsidRDefault="003E1BFF" w:rsidP="003E1B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MÜHENDİSLİK FAKÜLTESİ</w:t>
            </w:r>
          </w:p>
          <w:p w14:paraId="5DAD70B9" w14:textId="77777777" w:rsidR="003E1BFF" w:rsidRDefault="003E1BFF" w:rsidP="003E1B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35C80E68" w:rsidR="00665340" w:rsidRPr="00383E6B" w:rsidRDefault="003E1BFF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ELEKTRİK ELEKTRONİK MÜHENDİSLİĞİ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1DE8E62A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2405070303</w:t>
            </w:r>
          </w:p>
        </w:tc>
        <w:tc>
          <w:tcPr>
            <w:tcW w:w="6237" w:type="dxa"/>
          </w:tcPr>
          <w:p w14:paraId="61862844" w14:textId="578A1AB5" w:rsidR="00E67487" w:rsidRPr="00665340" w:rsidRDefault="003E1BFF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SAYISAL MANTIK DEVRELERİ </w:t>
            </w:r>
          </w:p>
        </w:tc>
        <w:tc>
          <w:tcPr>
            <w:tcW w:w="2480" w:type="dxa"/>
          </w:tcPr>
          <w:p w14:paraId="72C3AC17" w14:textId="682F6AB1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2344A754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2405070301</w:t>
            </w:r>
          </w:p>
        </w:tc>
        <w:tc>
          <w:tcPr>
            <w:tcW w:w="6237" w:type="dxa"/>
          </w:tcPr>
          <w:p w14:paraId="0FB66555" w14:textId="0219DE8B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ELEKTRİK DEVRELERİ 1</w:t>
            </w:r>
          </w:p>
        </w:tc>
        <w:tc>
          <w:tcPr>
            <w:tcW w:w="2480" w:type="dxa"/>
          </w:tcPr>
          <w:p w14:paraId="635A29E5" w14:textId="357B2C8D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12F58111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2405070401</w:t>
            </w:r>
          </w:p>
        </w:tc>
        <w:tc>
          <w:tcPr>
            <w:tcW w:w="6237" w:type="dxa"/>
          </w:tcPr>
          <w:p w14:paraId="6AFBB17E" w14:textId="411B1F4F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ELEKTRİK DEVRELERİ 2</w:t>
            </w:r>
          </w:p>
        </w:tc>
        <w:tc>
          <w:tcPr>
            <w:tcW w:w="2480" w:type="dxa"/>
          </w:tcPr>
          <w:p w14:paraId="54D50F0E" w14:textId="488CE2E7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672B3989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2405070404</w:t>
            </w:r>
          </w:p>
        </w:tc>
        <w:tc>
          <w:tcPr>
            <w:tcW w:w="6237" w:type="dxa"/>
          </w:tcPr>
          <w:p w14:paraId="6C6169FE" w14:textId="282A466B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ELEKTROMANYETİK ALAN TEORİSİ </w:t>
            </w:r>
          </w:p>
        </w:tc>
        <w:tc>
          <w:tcPr>
            <w:tcW w:w="2480" w:type="dxa"/>
          </w:tcPr>
          <w:p w14:paraId="702C2BCF" w14:textId="78DC4CBC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6DC5C4B9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2405070503</w:t>
            </w:r>
          </w:p>
        </w:tc>
        <w:tc>
          <w:tcPr>
            <w:tcW w:w="6237" w:type="dxa"/>
          </w:tcPr>
          <w:p w14:paraId="32EE0CB3" w14:textId="1C84A891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ELEKTRİK MAKİNELERİ 1</w:t>
            </w:r>
          </w:p>
        </w:tc>
        <w:tc>
          <w:tcPr>
            <w:tcW w:w="2480" w:type="dxa"/>
          </w:tcPr>
          <w:p w14:paraId="7169F096" w14:textId="2843813E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39B73EF5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2405070505</w:t>
            </w:r>
          </w:p>
        </w:tc>
        <w:tc>
          <w:tcPr>
            <w:tcW w:w="6237" w:type="dxa"/>
          </w:tcPr>
          <w:p w14:paraId="6E91563D" w14:textId="6A545504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HABERLEŞME</w:t>
            </w:r>
          </w:p>
        </w:tc>
        <w:tc>
          <w:tcPr>
            <w:tcW w:w="2480" w:type="dxa"/>
          </w:tcPr>
          <w:p w14:paraId="58A64A62" w14:textId="404E6201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29EADC0E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2405070508</w:t>
            </w:r>
          </w:p>
        </w:tc>
        <w:tc>
          <w:tcPr>
            <w:tcW w:w="6237" w:type="dxa"/>
          </w:tcPr>
          <w:p w14:paraId="4BCEF86C" w14:textId="64C32E5D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ELEKTROMANYETİK DALGA TEORİSİ</w:t>
            </w:r>
          </w:p>
        </w:tc>
        <w:tc>
          <w:tcPr>
            <w:tcW w:w="2480" w:type="dxa"/>
          </w:tcPr>
          <w:p w14:paraId="5E1D21BF" w14:textId="2ED684CC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3C1FE1C1" w14:textId="77777777" w:rsidTr="00B35BEF">
        <w:tc>
          <w:tcPr>
            <w:tcW w:w="1985" w:type="dxa"/>
          </w:tcPr>
          <w:p w14:paraId="28C544CF" w14:textId="7CE04BB5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2405070501</w:t>
            </w:r>
          </w:p>
        </w:tc>
        <w:tc>
          <w:tcPr>
            <w:tcW w:w="6237" w:type="dxa"/>
          </w:tcPr>
          <w:p w14:paraId="32ED8ACC" w14:textId="09EECA4B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ELEKTRONİK DEVRELER 2 </w:t>
            </w:r>
          </w:p>
        </w:tc>
        <w:tc>
          <w:tcPr>
            <w:tcW w:w="2480" w:type="dxa"/>
          </w:tcPr>
          <w:p w14:paraId="5DF28687" w14:textId="28D36006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25C5F33C" w14:textId="77777777" w:rsidTr="00B35BEF">
        <w:tc>
          <w:tcPr>
            <w:tcW w:w="1985" w:type="dxa"/>
          </w:tcPr>
          <w:p w14:paraId="2E24747E" w14:textId="5C4FB492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2405070507</w:t>
            </w:r>
          </w:p>
        </w:tc>
        <w:tc>
          <w:tcPr>
            <w:tcW w:w="6237" w:type="dxa"/>
          </w:tcPr>
          <w:p w14:paraId="4795D546" w14:textId="17E36A3A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OTOMATİK KONTROL SİSTEMLERİ</w:t>
            </w:r>
          </w:p>
        </w:tc>
        <w:tc>
          <w:tcPr>
            <w:tcW w:w="2480" w:type="dxa"/>
          </w:tcPr>
          <w:p w14:paraId="5A23AD8D" w14:textId="0A6EDEC2" w:rsidR="00E67487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3E1BFF" w14:paraId="20A8F1C7" w14:textId="77777777" w:rsidTr="00B35BEF">
        <w:tc>
          <w:tcPr>
            <w:tcW w:w="1985" w:type="dxa"/>
          </w:tcPr>
          <w:p w14:paraId="194786C5" w14:textId="413CC748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2405070601</w:t>
            </w:r>
          </w:p>
        </w:tc>
        <w:tc>
          <w:tcPr>
            <w:tcW w:w="6237" w:type="dxa"/>
          </w:tcPr>
          <w:p w14:paraId="6809E41E" w14:textId="3A80468A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ELEKTRİK MAKİNELERİ 2</w:t>
            </w:r>
          </w:p>
        </w:tc>
        <w:tc>
          <w:tcPr>
            <w:tcW w:w="2480" w:type="dxa"/>
          </w:tcPr>
          <w:p w14:paraId="5E8147B6" w14:textId="661EF79E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3E1BFF" w14:paraId="6D11425E" w14:textId="77777777" w:rsidTr="00B35BEF">
        <w:tc>
          <w:tcPr>
            <w:tcW w:w="1985" w:type="dxa"/>
          </w:tcPr>
          <w:p w14:paraId="0C501EE9" w14:textId="379F0A5D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2405070603</w:t>
            </w:r>
          </w:p>
        </w:tc>
        <w:tc>
          <w:tcPr>
            <w:tcW w:w="6237" w:type="dxa"/>
          </w:tcPr>
          <w:p w14:paraId="78BE8C49" w14:textId="26EE4E97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MİKROİŞLEMCİLER</w:t>
            </w:r>
          </w:p>
        </w:tc>
        <w:tc>
          <w:tcPr>
            <w:tcW w:w="2480" w:type="dxa"/>
          </w:tcPr>
          <w:p w14:paraId="4118BCD6" w14:textId="1F49BEF0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3E1BFF" w14:paraId="0858C77B" w14:textId="77777777" w:rsidTr="00B35BEF">
        <w:tc>
          <w:tcPr>
            <w:tcW w:w="1985" w:type="dxa"/>
          </w:tcPr>
          <w:p w14:paraId="4A2C0E2D" w14:textId="75282CDB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E1BFF">
              <w:rPr>
                <w:rFonts w:asciiTheme="majorHAnsi" w:hAnsiTheme="majorHAnsi" w:cstheme="majorHAnsi"/>
                <w:sz w:val="18"/>
                <w:szCs w:val="18"/>
              </w:rPr>
              <w:t>SEÇMELİ DERS GRUBU</w:t>
            </w:r>
          </w:p>
        </w:tc>
        <w:tc>
          <w:tcPr>
            <w:tcW w:w="6237" w:type="dxa"/>
          </w:tcPr>
          <w:p w14:paraId="1728C21F" w14:textId="2EEFC82E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MESLEKİ SEÇMELİ I       </w:t>
            </w:r>
            <w:r w:rsidRPr="003E1BF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(5 AKTSLİK DERS ALINACAKTIR.)</w:t>
            </w:r>
          </w:p>
        </w:tc>
        <w:tc>
          <w:tcPr>
            <w:tcW w:w="2480" w:type="dxa"/>
          </w:tcPr>
          <w:p w14:paraId="11ABD6B6" w14:textId="3FDF68A6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3E1BFF" w14:paraId="1ED2B405" w14:textId="77777777" w:rsidTr="00B35BEF">
        <w:tc>
          <w:tcPr>
            <w:tcW w:w="1985" w:type="dxa"/>
          </w:tcPr>
          <w:p w14:paraId="50E97879" w14:textId="5D8F6C59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E1BFF">
              <w:rPr>
                <w:rFonts w:asciiTheme="majorHAnsi" w:hAnsiTheme="majorHAnsi" w:cstheme="majorHAnsi"/>
                <w:sz w:val="18"/>
                <w:szCs w:val="18"/>
              </w:rPr>
              <w:t>SEÇMELİ DERS GRUBU</w:t>
            </w:r>
          </w:p>
        </w:tc>
        <w:tc>
          <w:tcPr>
            <w:tcW w:w="6237" w:type="dxa"/>
          </w:tcPr>
          <w:p w14:paraId="27BF9C0A" w14:textId="12C8ACEC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MESLEKİ SEÇMELİ II      </w:t>
            </w:r>
            <w:r w:rsidRPr="003E1BF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(5 AKTSLİK DERS ALINACAKTIR.)</w:t>
            </w:r>
          </w:p>
        </w:tc>
        <w:tc>
          <w:tcPr>
            <w:tcW w:w="2480" w:type="dxa"/>
          </w:tcPr>
          <w:p w14:paraId="7CD1FC8D" w14:textId="27FFF8AD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3E1BFF" w14:paraId="74D1185C" w14:textId="77777777" w:rsidTr="00B35BEF">
        <w:tc>
          <w:tcPr>
            <w:tcW w:w="1985" w:type="dxa"/>
          </w:tcPr>
          <w:p w14:paraId="1450F4F7" w14:textId="47CE8EF4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E1BFF">
              <w:rPr>
                <w:rFonts w:asciiTheme="majorHAnsi" w:hAnsiTheme="majorHAnsi" w:cstheme="majorHAnsi"/>
                <w:sz w:val="18"/>
                <w:szCs w:val="18"/>
              </w:rPr>
              <w:t>SEÇMELİ DERS GRUBU</w:t>
            </w:r>
          </w:p>
        </w:tc>
        <w:tc>
          <w:tcPr>
            <w:tcW w:w="6237" w:type="dxa"/>
          </w:tcPr>
          <w:p w14:paraId="00D276B6" w14:textId="0440D51F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MESLEKİ SEÇMELİ III     </w:t>
            </w:r>
            <w:r w:rsidRPr="003E1BF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(5 AKTSLİK DERS ALINACAKTIR.)</w:t>
            </w:r>
          </w:p>
        </w:tc>
        <w:tc>
          <w:tcPr>
            <w:tcW w:w="2480" w:type="dxa"/>
          </w:tcPr>
          <w:p w14:paraId="2520C277" w14:textId="1EB3B129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3E1BFF" w14:paraId="3EE05B49" w14:textId="77777777" w:rsidTr="00B35BEF">
        <w:tc>
          <w:tcPr>
            <w:tcW w:w="1985" w:type="dxa"/>
          </w:tcPr>
          <w:p w14:paraId="14A0718E" w14:textId="213A3E3B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E1BFF">
              <w:rPr>
                <w:rFonts w:asciiTheme="majorHAnsi" w:hAnsiTheme="majorHAnsi" w:cstheme="majorHAnsi"/>
                <w:sz w:val="18"/>
                <w:szCs w:val="18"/>
              </w:rPr>
              <w:t>SEÇMELİ DERS GRUBU</w:t>
            </w:r>
          </w:p>
        </w:tc>
        <w:tc>
          <w:tcPr>
            <w:tcW w:w="6237" w:type="dxa"/>
          </w:tcPr>
          <w:p w14:paraId="6A31147F" w14:textId="6BB3595C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MESLEKİ SEÇMELİ IV    </w:t>
            </w:r>
            <w:r w:rsidRPr="003E1BF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(5 AKTSLİK DERS ALINACAKTIR.)</w:t>
            </w:r>
          </w:p>
        </w:tc>
        <w:tc>
          <w:tcPr>
            <w:tcW w:w="2480" w:type="dxa"/>
          </w:tcPr>
          <w:p w14:paraId="77EC4A03" w14:textId="1552AACF" w:rsidR="003E1BFF" w:rsidRPr="00665340" w:rsidRDefault="003E1B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74A3B472" w:rsidR="00665340" w:rsidRPr="0092777C" w:rsidRDefault="003E1BFF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66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5966C4" w14:textId="77777777" w:rsidR="00A83341" w:rsidRDefault="00A83341" w:rsidP="009A25FB">
      <w:pPr>
        <w:spacing w:after="0" w:line="240" w:lineRule="auto"/>
      </w:pPr>
      <w:r>
        <w:separator/>
      </w:r>
    </w:p>
  </w:endnote>
  <w:endnote w:type="continuationSeparator" w:id="0">
    <w:p w14:paraId="7DA1C869" w14:textId="77777777" w:rsidR="00A83341" w:rsidRDefault="00A83341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7C2187" w14:textId="77777777" w:rsidR="00A83341" w:rsidRDefault="00A83341" w:rsidP="009A25FB">
      <w:pPr>
        <w:spacing w:after="0" w:line="240" w:lineRule="auto"/>
      </w:pPr>
      <w:r>
        <w:separator/>
      </w:r>
    </w:p>
  </w:footnote>
  <w:footnote w:type="continuationSeparator" w:id="0">
    <w:p w14:paraId="5709001C" w14:textId="77777777" w:rsidR="00A83341" w:rsidRDefault="00A83341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A83341">
    <w:pPr>
      <w:pStyle w:val="stBilgi"/>
    </w:pPr>
    <w:r>
      <w:rPr>
        <w:noProof/>
      </w:rPr>
      <w:pict w14:anchorId="573677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A83341">
    <w:pPr>
      <w:pStyle w:val="stBilgi"/>
    </w:pPr>
    <w:r>
      <w:rPr>
        <w:noProof/>
      </w:rPr>
      <w:pict w14:anchorId="4991B2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A83341">
    <w:pPr>
      <w:pStyle w:val="stBilgi"/>
    </w:pPr>
    <w:r>
      <w:rPr>
        <w:noProof/>
      </w:rPr>
      <w:pict w14:anchorId="37E191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324D4"/>
    <w:rsid w:val="00373DE2"/>
    <w:rsid w:val="00383E6B"/>
    <w:rsid w:val="00395934"/>
    <w:rsid w:val="003E1BFF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777BF"/>
    <w:rsid w:val="00581306"/>
    <w:rsid w:val="005B7407"/>
    <w:rsid w:val="006514F9"/>
    <w:rsid w:val="00651582"/>
    <w:rsid w:val="00663971"/>
    <w:rsid w:val="00665340"/>
    <w:rsid w:val="006653D0"/>
    <w:rsid w:val="006A1661"/>
    <w:rsid w:val="006E030B"/>
    <w:rsid w:val="006F5E5B"/>
    <w:rsid w:val="008032E5"/>
    <w:rsid w:val="0084251F"/>
    <w:rsid w:val="008F63C8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83341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556E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71BED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 Sinem BARUT KIRAT</cp:lastModifiedBy>
  <cp:revision>37</cp:revision>
  <dcterms:created xsi:type="dcterms:W3CDTF">2013-12-23T23:15:00Z</dcterms:created>
  <dcterms:modified xsi:type="dcterms:W3CDTF">2026-09-23T16:41:00Z</dcterms:modified>
  <cp:category/>
</cp:coreProperties>
</file>