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418"/>
      </w:tblGrid>
      <w:tr w:rsidR="00665340" w14:paraId="2A06EA1B" w14:textId="77777777" w:rsidTr="00665340">
        <w:trPr>
          <w:trHeight w:val="1859"/>
        </w:trPr>
        <w:tc>
          <w:tcPr>
            <w:tcW w:w="10644" w:type="dxa"/>
          </w:tcPr>
          <w:p w14:paraId="50A65CF4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48D50F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T.C.</w:t>
            </w:r>
          </w:p>
          <w:p w14:paraId="1A2260D1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 xml:space="preserve">HARRAN ÜNİVERSİTESİ ZİRAAT FAKÜLTESİ </w:t>
            </w:r>
          </w:p>
          <w:p w14:paraId="33E8E687" w14:textId="77777777" w:rsidR="00665340" w:rsidRPr="00EF3DF9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YANDAL PROGRAMI MÜFREDATI</w:t>
            </w:r>
          </w:p>
          <w:p w14:paraId="08E09027" w14:textId="77777777" w:rsidR="00665340" w:rsidRDefault="00665340" w:rsidP="00504626"/>
        </w:tc>
      </w:tr>
    </w:tbl>
    <w:p w14:paraId="664FE1A7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56FE4F5" w14:textId="77777777" w:rsidTr="00B35BEF">
        <w:tc>
          <w:tcPr>
            <w:tcW w:w="10702" w:type="dxa"/>
            <w:gridSpan w:val="3"/>
            <w:shd w:val="clear" w:color="auto" w:fill="F85111"/>
          </w:tcPr>
          <w:p w14:paraId="2190A753" w14:textId="5EDCA3BD" w:rsidR="00665340" w:rsidRPr="00383E6B" w:rsidRDefault="006C725C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BİTKİ KORUMA</w:t>
            </w:r>
            <w:r w:rsidR="00FF2408">
              <w:rPr>
                <w:b/>
                <w:bCs/>
                <w:color w:val="FFFFFF" w:themeColor="background1"/>
              </w:rPr>
              <w:t xml:space="preserve">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409C5AF9" w14:textId="77777777" w:rsidTr="00B35BEF">
        <w:tc>
          <w:tcPr>
            <w:tcW w:w="1985" w:type="dxa"/>
            <w:shd w:val="clear" w:color="auto" w:fill="F85111"/>
          </w:tcPr>
          <w:p w14:paraId="70AF619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1340E9B4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3C52693F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6C725C" w14:paraId="69365256" w14:textId="77777777" w:rsidTr="00B35BEF">
        <w:tc>
          <w:tcPr>
            <w:tcW w:w="1985" w:type="dxa"/>
          </w:tcPr>
          <w:p w14:paraId="495AC811" w14:textId="6EFFEF76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2406220502</w:t>
            </w:r>
          </w:p>
        </w:tc>
        <w:tc>
          <w:tcPr>
            <w:tcW w:w="6237" w:type="dxa"/>
          </w:tcPr>
          <w:p w14:paraId="3ABA0433" w14:textId="6D10BB35" w:rsidR="006C725C" w:rsidRPr="006C725C" w:rsidRDefault="006C725C" w:rsidP="006C725C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BÖCEK EKOLOJİSİ</w:t>
            </w:r>
          </w:p>
        </w:tc>
        <w:tc>
          <w:tcPr>
            <w:tcW w:w="2480" w:type="dxa"/>
          </w:tcPr>
          <w:p w14:paraId="0D3FF212" w14:textId="0B9E1DB1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C725C" w14:paraId="0FD75268" w14:textId="77777777" w:rsidTr="00B35BEF">
        <w:tc>
          <w:tcPr>
            <w:tcW w:w="1985" w:type="dxa"/>
          </w:tcPr>
          <w:p w14:paraId="6401971D" w14:textId="46269838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2406220601</w:t>
            </w:r>
          </w:p>
        </w:tc>
        <w:tc>
          <w:tcPr>
            <w:tcW w:w="6237" w:type="dxa"/>
          </w:tcPr>
          <w:p w14:paraId="2C0F26A0" w14:textId="1256E854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HERBOLOJİ</w:t>
            </w:r>
          </w:p>
        </w:tc>
        <w:tc>
          <w:tcPr>
            <w:tcW w:w="2480" w:type="dxa"/>
          </w:tcPr>
          <w:p w14:paraId="5C49A1F6" w14:textId="5D465D3A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C725C" w14:paraId="2D5A4AAD" w14:textId="77777777" w:rsidTr="00B35BEF">
        <w:tc>
          <w:tcPr>
            <w:tcW w:w="1985" w:type="dxa"/>
          </w:tcPr>
          <w:p w14:paraId="528112CE" w14:textId="37F67157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2406220602</w:t>
            </w:r>
          </w:p>
        </w:tc>
        <w:tc>
          <w:tcPr>
            <w:tcW w:w="6237" w:type="dxa"/>
          </w:tcPr>
          <w:p w14:paraId="3CBB5D6D" w14:textId="7C795334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BAKTERİYOLOJİ</w:t>
            </w:r>
          </w:p>
        </w:tc>
        <w:tc>
          <w:tcPr>
            <w:tcW w:w="2480" w:type="dxa"/>
          </w:tcPr>
          <w:p w14:paraId="7AFBEA59" w14:textId="40F063FC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C725C" w14:paraId="641A1248" w14:textId="77777777" w:rsidTr="00B35BEF">
        <w:tc>
          <w:tcPr>
            <w:tcW w:w="1985" w:type="dxa"/>
          </w:tcPr>
          <w:p w14:paraId="7BEF895D" w14:textId="52FA87A0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2406220605</w:t>
            </w:r>
          </w:p>
        </w:tc>
        <w:tc>
          <w:tcPr>
            <w:tcW w:w="6237" w:type="dxa"/>
          </w:tcPr>
          <w:p w14:paraId="2F75AFAB" w14:textId="480C2FD2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MİKOLOJİ</w:t>
            </w:r>
          </w:p>
        </w:tc>
        <w:tc>
          <w:tcPr>
            <w:tcW w:w="2480" w:type="dxa"/>
          </w:tcPr>
          <w:p w14:paraId="50E108C3" w14:textId="2E6502A1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C725C" w14:paraId="720EF9FC" w14:textId="77777777" w:rsidTr="00B35BEF">
        <w:tc>
          <w:tcPr>
            <w:tcW w:w="1985" w:type="dxa"/>
          </w:tcPr>
          <w:p w14:paraId="573C2E25" w14:textId="70112758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2406220703</w:t>
            </w:r>
          </w:p>
        </w:tc>
        <w:tc>
          <w:tcPr>
            <w:tcW w:w="6237" w:type="dxa"/>
          </w:tcPr>
          <w:p w14:paraId="3AC3210D" w14:textId="145E96BD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NEMATOLOJİ</w:t>
            </w:r>
          </w:p>
        </w:tc>
        <w:tc>
          <w:tcPr>
            <w:tcW w:w="2480" w:type="dxa"/>
          </w:tcPr>
          <w:p w14:paraId="6AD7C0DE" w14:textId="4D661E4F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C725C" w14:paraId="6EF7680F" w14:textId="77777777" w:rsidTr="00B35BEF">
        <w:tc>
          <w:tcPr>
            <w:tcW w:w="1985" w:type="dxa"/>
          </w:tcPr>
          <w:p w14:paraId="4399239F" w14:textId="2833E1D1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2406220704</w:t>
            </w:r>
          </w:p>
        </w:tc>
        <w:tc>
          <w:tcPr>
            <w:tcW w:w="6237" w:type="dxa"/>
          </w:tcPr>
          <w:p w14:paraId="64F853F7" w14:textId="41854603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VİROLOJİ</w:t>
            </w:r>
          </w:p>
        </w:tc>
        <w:tc>
          <w:tcPr>
            <w:tcW w:w="2480" w:type="dxa"/>
          </w:tcPr>
          <w:p w14:paraId="25BA1654" w14:textId="759F90A9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C725C" w14:paraId="19D558FF" w14:textId="77777777" w:rsidTr="00B35BEF">
        <w:tc>
          <w:tcPr>
            <w:tcW w:w="1985" w:type="dxa"/>
          </w:tcPr>
          <w:p w14:paraId="245FF599" w14:textId="3E142C1C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2406220604</w:t>
            </w:r>
          </w:p>
        </w:tc>
        <w:tc>
          <w:tcPr>
            <w:tcW w:w="6237" w:type="dxa"/>
          </w:tcPr>
          <w:p w14:paraId="105DA283" w14:textId="6F2B0351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TARIMSAL MÜCADELE YÖNTEMLERİ</w:t>
            </w:r>
          </w:p>
        </w:tc>
        <w:tc>
          <w:tcPr>
            <w:tcW w:w="2480" w:type="dxa"/>
          </w:tcPr>
          <w:p w14:paraId="73302A58" w14:textId="764C9A75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68499B32" w14:textId="77777777" w:rsidTr="00B35BEF">
        <w:tc>
          <w:tcPr>
            <w:tcW w:w="1985" w:type="dxa"/>
          </w:tcPr>
          <w:p w14:paraId="0F0B9BE6" w14:textId="77777777" w:rsidR="00FF2408" w:rsidRPr="006C725C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B688E8F" w14:textId="12F36E61" w:rsidR="00FF2408" w:rsidRPr="006C725C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6C725C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6C725C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Grubu</w:t>
            </w:r>
            <w:r w:rsidRPr="006C725C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(En</w:t>
            </w:r>
            <w:r w:rsidRPr="006C725C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az</w:t>
            </w:r>
            <w:r w:rsidRPr="006C725C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="006C725C" w:rsidRPr="006C725C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>9</w:t>
            </w:r>
            <w:r w:rsidRPr="006C725C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AKTS</w:t>
            </w:r>
            <w:r w:rsidRPr="006C725C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6C725C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6C725C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6C725C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almalıdır)</w:t>
            </w:r>
          </w:p>
        </w:tc>
        <w:tc>
          <w:tcPr>
            <w:tcW w:w="2480" w:type="dxa"/>
          </w:tcPr>
          <w:p w14:paraId="0531F326" w14:textId="77777777" w:rsidR="00FF2408" w:rsidRPr="006C725C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C725C" w14:paraId="6E8DFD37" w14:textId="77777777" w:rsidTr="00B35BEF">
        <w:tc>
          <w:tcPr>
            <w:tcW w:w="1985" w:type="dxa"/>
          </w:tcPr>
          <w:p w14:paraId="6AD3B550" w14:textId="4CE94BF4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2406220802</w:t>
            </w:r>
          </w:p>
        </w:tc>
        <w:tc>
          <w:tcPr>
            <w:tcW w:w="6237" w:type="dxa"/>
          </w:tcPr>
          <w:p w14:paraId="56DFAA55" w14:textId="2D13AB81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YABANCIOTLAR VE MÜCADELESİ</w:t>
            </w:r>
          </w:p>
        </w:tc>
        <w:tc>
          <w:tcPr>
            <w:tcW w:w="2480" w:type="dxa"/>
          </w:tcPr>
          <w:p w14:paraId="5D966AD9" w14:textId="66A741DD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6C725C" w14:paraId="4EB4E099" w14:textId="77777777" w:rsidTr="00B35BEF">
        <w:tc>
          <w:tcPr>
            <w:tcW w:w="1985" w:type="dxa"/>
          </w:tcPr>
          <w:p w14:paraId="583826E2" w14:textId="3996987F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2406220505</w:t>
            </w:r>
          </w:p>
        </w:tc>
        <w:tc>
          <w:tcPr>
            <w:tcW w:w="6237" w:type="dxa"/>
          </w:tcPr>
          <w:p w14:paraId="7D388856" w14:textId="6165187A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BÖCEK SİSTEMATİĞİ</w:t>
            </w:r>
          </w:p>
        </w:tc>
        <w:tc>
          <w:tcPr>
            <w:tcW w:w="2480" w:type="dxa"/>
          </w:tcPr>
          <w:p w14:paraId="7CD33C15" w14:textId="7E68E013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6C725C" w14:paraId="5B4541ED" w14:textId="77777777" w:rsidTr="00B35BEF">
        <w:tc>
          <w:tcPr>
            <w:tcW w:w="1985" w:type="dxa"/>
          </w:tcPr>
          <w:p w14:paraId="0C1927E0" w14:textId="5CE8C7BE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2406220812</w:t>
            </w:r>
          </w:p>
        </w:tc>
        <w:tc>
          <w:tcPr>
            <w:tcW w:w="6237" w:type="dxa"/>
          </w:tcPr>
          <w:p w14:paraId="3C1B6B21" w14:textId="6943A49B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BAHÇE BİTKİLERİ HASTALIKLARI</w:t>
            </w:r>
          </w:p>
        </w:tc>
        <w:tc>
          <w:tcPr>
            <w:tcW w:w="2480" w:type="dxa"/>
          </w:tcPr>
          <w:p w14:paraId="02E9B805" w14:textId="630EAD51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C725C" w14:paraId="42A57051" w14:textId="77777777" w:rsidTr="00B35BEF">
        <w:tc>
          <w:tcPr>
            <w:tcW w:w="1985" w:type="dxa"/>
          </w:tcPr>
          <w:p w14:paraId="363896CD" w14:textId="24AC82D6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2406220705</w:t>
            </w:r>
          </w:p>
        </w:tc>
        <w:tc>
          <w:tcPr>
            <w:tcW w:w="6237" w:type="dxa"/>
          </w:tcPr>
          <w:p w14:paraId="33FE181B" w14:textId="09240870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BİTKİ FUNGAL HASTALIKLARI</w:t>
            </w:r>
          </w:p>
        </w:tc>
        <w:tc>
          <w:tcPr>
            <w:tcW w:w="2480" w:type="dxa"/>
          </w:tcPr>
          <w:p w14:paraId="35EF9149" w14:textId="4664691C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C54DEB" w14:paraId="1DF9C73D" w14:textId="77777777" w:rsidTr="00B35BEF">
        <w:tc>
          <w:tcPr>
            <w:tcW w:w="1985" w:type="dxa"/>
          </w:tcPr>
          <w:p w14:paraId="0AFEFE17" w14:textId="6FD4AAE2" w:rsidR="00C54DEB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2406220609</w:t>
            </w:r>
          </w:p>
        </w:tc>
        <w:tc>
          <w:tcPr>
            <w:tcW w:w="6237" w:type="dxa"/>
          </w:tcPr>
          <w:p w14:paraId="73666C6E" w14:textId="3E487B3F" w:rsidR="00C54DEB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TARLA BİTKİLERİ HASTALIKLARI</w:t>
            </w:r>
          </w:p>
        </w:tc>
        <w:tc>
          <w:tcPr>
            <w:tcW w:w="2480" w:type="dxa"/>
          </w:tcPr>
          <w:p w14:paraId="3B5A9B04" w14:textId="7DACE38B" w:rsidR="00C54DEB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6C725C" w14:paraId="452F421F" w14:textId="77777777" w:rsidTr="00B35BEF">
        <w:tc>
          <w:tcPr>
            <w:tcW w:w="1985" w:type="dxa"/>
          </w:tcPr>
          <w:p w14:paraId="704DD824" w14:textId="2F3A7EEC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2406220801</w:t>
            </w:r>
          </w:p>
        </w:tc>
        <w:tc>
          <w:tcPr>
            <w:tcW w:w="6237" w:type="dxa"/>
          </w:tcPr>
          <w:p w14:paraId="7569CA3F" w14:textId="1D9DFCA6" w:rsidR="006C725C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MEYVE ZARARLILARI</w:t>
            </w:r>
          </w:p>
        </w:tc>
        <w:tc>
          <w:tcPr>
            <w:tcW w:w="2480" w:type="dxa"/>
          </w:tcPr>
          <w:p w14:paraId="7680C5C0" w14:textId="1D9D5983" w:rsidR="006C725C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6C725C" w14:paraId="3118E799" w14:textId="77777777" w:rsidTr="00A92A0D">
        <w:trPr>
          <w:trHeight w:val="71"/>
        </w:trPr>
        <w:tc>
          <w:tcPr>
            <w:tcW w:w="1985" w:type="dxa"/>
          </w:tcPr>
          <w:p w14:paraId="41088457" w14:textId="35AA4276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2406220506</w:t>
            </w:r>
          </w:p>
        </w:tc>
        <w:tc>
          <w:tcPr>
            <w:tcW w:w="6237" w:type="dxa"/>
          </w:tcPr>
          <w:p w14:paraId="7EC9D8B7" w14:textId="43D48E1B" w:rsidR="006C725C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SEBZE HASTALIKLARI</w:t>
            </w:r>
          </w:p>
        </w:tc>
        <w:tc>
          <w:tcPr>
            <w:tcW w:w="2480" w:type="dxa"/>
          </w:tcPr>
          <w:p w14:paraId="208BDFE4" w14:textId="36A3AE2F" w:rsidR="006C725C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6C725C" w14:paraId="05D14C61" w14:textId="77777777" w:rsidTr="00B35BEF">
        <w:tc>
          <w:tcPr>
            <w:tcW w:w="1985" w:type="dxa"/>
          </w:tcPr>
          <w:p w14:paraId="2379B425" w14:textId="73F2322E" w:rsidR="006C725C" w:rsidRPr="006C725C" w:rsidRDefault="006C725C" w:rsidP="006C72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2406220608</w:t>
            </w:r>
          </w:p>
        </w:tc>
        <w:tc>
          <w:tcPr>
            <w:tcW w:w="6237" w:type="dxa"/>
          </w:tcPr>
          <w:p w14:paraId="0F00C7EF" w14:textId="6AADD70E" w:rsidR="006C725C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GENEL ZARARLILAR</w:t>
            </w:r>
          </w:p>
        </w:tc>
        <w:tc>
          <w:tcPr>
            <w:tcW w:w="2480" w:type="dxa"/>
          </w:tcPr>
          <w:p w14:paraId="2C02E328" w14:textId="2A201977" w:rsidR="006C725C" w:rsidRPr="006C725C" w:rsidRDefault="006C725C" w:rsidP="00C54D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725C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665340" w14:paraId="64ECD77B" w14:textId="77777777" w:rsidTr="00B35BEF">
        <w:tc>
          <w:tcPr>
            <w:tcW w:w="8222" w:type="dxa"/>
            <w:gridSpan w:val="2"/>
            <w:shd w:val="clear" w:color="auto" w:fill="F85111"/>
          </w:tcPr>
          <w:p w14:paraId="4C9B2843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77647BC3" w14:textId="6AFEB93E" w:rsidR="00665340" w:rsidRPr="0092777C" w:rsidRDefault="00C54DEB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</w:t>
            </w:r>
            <w:r w:rsidR="006C725C">
              <w:rPr>
                <w:b/>
                <w:bCs/>
                <w:color w:val="FFFFFF" w:themeColor="background1"/>
              </w:rPr>
              <w:t>0</w:t>
            </w:r>
          </w:p>
        </w:tc>
      </w:tr>
    </w:tbl>
    <w:p w14:paraId="6D137C3F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F9272AD" w14:textId="7777777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</w:t>
      </w:r>
      <w:r w:rsidR="00FF2408">
        <w:rPr>
          <w:rFonts w:ascii="Times New Roman" w:hAnsi="Times New Roman" w:cs="Times New Roman"/>
        </w:rPr>
        <w:t>Ziraat Fakültesi</w:t>
      </w:r>
      <w:r w:rsidRPr="00665340">
        <w:rPr>
          <w:rFonts w:ascii="Times New Roman" w:hAnsi="Times New Roman" w:cs="Times New Roman"/>
        </w:rPr>
        <w:t xml:space="preserve"> </w:t>
      </w:r>
      <w:r w:rsidR="00FF2408">
        <w:rPr>
          <w:rFonts w:ascii="Times New Roman" w:hAnsi="Times New Roman" w:cs="Times New Roman"/>
        </w:rPr>
        <w:t>Lisans Bölümleri</w:t>
      </w:r>
      <w:r w:rsidRPr="00665340">
        <w:rPr>
          <w:rFonts w:ascii="Times New Roman" w:hAnsi="Times New Roman" w:cs="Times New Roman"/>
        </w:rPr>
        <w:t xml:space="preserve">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9F90EB" w14:textId="77777777" w:rsidR="00551B51" w:rsidRDefault="00551B51" w:rsidP="009A25FB">
      <w:pPr>
        <w:spacing w:after="0" w:line="240" w:lineRule="auto"/>
      </w:pPr>
      <w:r>
        <w:separator/>
      </w:r>
    </w:p>
  </w:endnote>
  <w:endnote w:type="continuationSeparator" w:id="0">
    <w:p w14:paraId="5E950731" w14:textId="77777777" w:rsidR="00551B51" w:rsidRDefault="00551B51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AF1C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44175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B8EFE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0C2A6F" w14:textId="77777777" w:rsidR="00551B51" w:rsidRDefault="00551B51" w:rsidP="009A25FB">
      <w:pPr>
        <w:spacing w:after="0" w:line="240" w:lineRule="auto"/>
      </w:pPr>
      <w:r>
        <w:separator/>
      </w:r>
    </w:p>
  </w:footnote>
  <w:footnote w:type="continuationSeparator" w:id="0">
    <w:p w14:paraId="7430E49E" w14:textId="77777777" w:rsidR="00551B51" w:rsidRDefault="00551B51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1A7E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1056EA8" wp14:editId="3667F0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93FAD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4F7A90" wp14:editId="2FA384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F6A98" w14:textId="77777777" w:rsidR="00504626" w:rsidRDefault="00551B51">
    <w:pPr>
      <w:pStyle w:val="stBilgi"/>
    </w:pPr>
    <w:r>
      <w:rPr>
        <w:noProof/>
      </w:rPr>
      <w:pict w14:anchorId="0576AB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3B"/>
    <w:rsid w:val="00034616"/>
    <w:rsid w:val="00056AE2"/>
    <w:rsid w:val="0006063C"/>
    <w:rsid w:val="0008733B"/>
    <w:rsid w:val="000C6789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51B51"/>
    <w:rsid w:val="00563CF5"/>
    <w:rsid w:val="00581306"/>
    <w:rsid w:val="005B7407"/>
    <w:rsid w:val="00643CF4"/>
    <w:rsid w:val="006514F9"/>
    <w:rsid w:val="00651582"/>
    <w:rsid w:val="00663971"/>
    <w:rsid w:val="00665340"/>
    <w:rsid w:val="006653D0"/>
    <w:rsid w:val="006C0FB9"/>
    <w:rsid w:val="006C725C"/>
    <w:rsid w:val="006F5E5B"/>
    <w:rsid w:val="00715077"/>
    <w:rsid w:val="007B7F5B"/>
    <w:rsid w:val="008032E5"/>
    <w:rsid w:val="00833E22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9E3BE7"/>
    <w:rsid w:val="00A3673C"/>
    <w:rsid w:val="00A92A0D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54DEB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E48E8"/>
    <w:rsid w:val="00EF1913"/>
    <w:rsid w:val="00EF3DF9"/>
    <w:rsid w:val="00F175D7"/>
    <w:rsid w:val="00F405F9"/>
    <w:rsid w:val="00F46A15"/>
    <w:rsid w:val="00F901C3"/>
    <w:rsid w:val="00FC693F"/>
    <w:rsid w:val="00FD3BD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42996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707</Characters>
  <Application>Microsoft Office Word</Application>
  <DocSecurity>0</DocSecurity>
  <Lines>10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8</cp:revision>
  <dcterms:created xsi:type="dcterms:W3CDTF">2026-08-21T16:36:00Z</dcterms:created>
  <dcterms:modified xsi:type="dcterms:W3CDTF">2026-08-21T16:59:00Z</dcterms:modified>
  <cp:category/>
</cp:coreProperties>
</file>