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4C1E6" w14:textId="77777777" w:rsidR="00665340" w:rsidRPr="00EF3DF9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D7F5870" w14:textId="77777777" w:rsidR="00665340" w:rsidRDefault="00665340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0FE20FD4" w14:textId="434D3067" w:rsidR="00665340" w:rsidRPr="00EF3DF9" w:rsidRDefault="009F00CE" w:rsidP="00E10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MÜHENDİSLİK </w:t>
            </w:r>
            <w:r w:rsidR="00665340">
              <w:rPr>
                <w:b/>
                <w:bCs/>
                <w:sz w:val="28"/>
                <w:szCs w:val="28"/>
              </w:rPr>
              <w:t>FAKÜLTESİ</w:t>
            </w:r>
          </w:p>
          <w:p w14:paraId="2AD0802A" w14:textId="72A3E184" w:rsidR="00665340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5B7D5091" w:rsidR="00665340" w:rsidRPr="00383E6B" w:rsidRDefault="009F00CE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BİLGİSAYAR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02C1A3B5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F00CE">
              <w:rPr>
                <w:rFonts w:asciiTheme="majorHAnsi" w:hAnsiTheme="majorHAnsi" w:cstheme="majorHAnsi"/>
                <w:sz w:val="20"/>
                <w:szCs w:val="20"/>
              </w:rPr>
              <w:t>2405000101</w:t>
            </w:r>
          </w:p>
        </w:tc>
        <w:tc>
          <w:tcPr>
            <w:tcW w:w="6237" w:type="dxa"/>
          </w:tcPr>
          <w:p w14:paraId="61862844" w14:textId="200323D1" w:rsidR="00E67487" w:rsidRPr="00665340" w:rsidRDefault="009F00CE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ALGORİTMALAR VE PROGRAMLAMA 1</w:t>
            </w:r>
          </w:p>
        </w:tc>
        <w:tc>
          <w:tcPr>
            <w:tcW w:w="2480" w:type="dxa"/>
          </w:tcPr>
          <w:p w14:paraId="72C3AC17" w14:textId="3381D175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33D47998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2405000201</w:t>
            </w:r>
          </w:p>
        </w:tc>
        <w:tc>
          <w:tcPr>
            <w:tcW w:w="6237" w:type="dxa"/>
          </w:tcPr>
          <w:p w14:paraId="0FB66555" w14:textId="1844155C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ALGORİTMALAR VE PROGRAMLAMA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2480" w:type="dxa"/>
          </w:tcPr>
          <w:p w14:paraId="635A29E5" w14:textId="7CCA4086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17A6E845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202</w:t>
            </w:r>
          </w:p>
        </w:tc>
        <w:tc>
          <w:tcPr>
            <w:tcW w:w="6237" w:type="dxa"/>
          </w:tcPr>
          <w:p w14:paraId="6AFBB17E" w14:textId="4BE1208E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MÜHENDİSLİĞE GİRİŞ</w:t>
            </w:r>
          </w:p>
        </w:tc>
        <w:tc>
          <w:tcPr>
            <w:tcW w:w="2480" w:type="dxa"/>
          </w:tcPr>
          <w:p w14:paraId="54D50F0E" w14:textId="761A4B4A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39A67F44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303</w:t>
            </w:r>
          </w:p>
        </w:tc>
        <w:tc>
          <w:tcPr>
            <w:tcW w:w="6237" w:type="dxa"/>
          </w:tcPr>
          <w:p w14:paraId="6C6169FE" w14:textId="472F5FE3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NESNE YÖNELİMLİ PROGRAMLAMA </w:t>
            </w:r>
          </w:p>
        </w:tc>
        <w:tc>
          <w:tcPr>
            <w:tcW w:w="2480" w:type="dxa"/>
          </w:tcPr>
          <w:p w14:paraId="702C2BCF" w14:textId="69C74466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18A96A2E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402</w:t>
            </w:r>
          </w:p>
        </w:tc>
        <w:tc>
          <w:tcPr>
            <w:tcW w:w="6237" w:type="dxa"/>
          </w:tcPr>
          <w:p w14:paraId="32EE0CB3" w14:textId="1B7AFBF3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VERİ YAPILARI</w:t>
            </w:r>
          </w:p>
        </w:tc>
        <w:tc>
          <w:tcPr>
            <w:tcW w:w="2480" w:type="dxa"/>
          </w:tcPr>
          <w:p w14:paraId="7169F096" w14:textId="1C97FA43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6F16659D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501</w:t>
            </w:r>
          </w:p>
        </w:tc>
        <w:tc>
          <w:tcPr>
            <w:tcW w:w="6237" w:type="dxa"/>
          </w:tcPr>
          <w:p w14:paraId="6E91563D" w14:textId="72753865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İŞLETİM SİSTEMLERİ</w:t>
            </w:r>
          </w:p>
        </w:tc>
        <w:tc>
          <w:tcPr>
            <w:tcW w:w="2480" w:type="dxa"/>
          </w:tcPr>
          <w:p w14:paraId="58A64A62" w14:textId="0D68A3D3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1680BE35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503</w:t>
            </w:r>
          </w:p>
        </w:tc>
        <w:tc>
          <w:tcPr>
            <w:tcW w:w="6237" w:type="dxa"/>
          </w:tcPr>
          <w:p w14:paraId="4BCEF86C" w14:textId="2737806C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ALGORİTMA ANALİZİ VE TASARIMI </w:t>
            </w:r>
          </w:p>
        </w:tc>
        <w:tc>
          <w:tcPr>
            <w:tcW w:w="2480" w:type="dxa"/>
          </w:tcPr>
          <w:p w14:paraId="5E1D21BF" w14:textId="02619412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71FE3C29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505</w:t>
            </w:r>
          </w:p>
        </w:tc>
        <w:tc>
          <w:tcPr>
            <w:tcW w:w="6237" w:type="dxa"/>
          </w:tcPr>
          <w:p w14:paraId="32ED8ACC" w14:textId="5CB13ECA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VERİTABANI VE YÖNETİM SİSTEMLERİ </w:t>
            </w:r>
          </w:p>
        </w:tc>
        <w:tc>
          <w:tcPr>
            <w:tcW w:w="2480" w:type="dxa"/>
          </w:tcPr>
          <w:p w14:paraId="5DF28687" w14:textId="747A35C7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722851A4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602</w:t>
            </w:r>
          </w:p>
        </w:tc>
        <w:tc>
          <w:tcPr>
            <w:tcW w:w="6237" w:type="dxa"/>
          </w:tcPr>
          <w:p w14:paraId="4795D546" w14:textId="6DC90E34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BİLGİSAYAR AĞLARI </w:t>
            </w:r>
          </w:p>
        </w:tc>
        <w:tc>
          <w:tcPr>
            <w:tcW w:w="2480" w:type="dxa"/>
          </w:tcPr>
          <w:p w14:paraId="5A23AD8D" w14:textId="0F6DF8D4" w:rsidR="00E67487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9F00CE" w14:paraId="3C40EB1B" w14:textId="77777777" w:rsidTr="00B35BEF">
        <w:tc>
          <w:tcPr>
            <w:tcW w:w="1985" w:type="dxa"/>
          </w:tcPr>
          <w:p w14:paraId="3CF911E9" w14:textId="10B63FA0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603</w:t>
            </w:r>
          </w:p>
        </w:tc>
        <w:tc>
          <w:tcPr>
            <w:tcW w:w="6237" w:type="dxa"/>
          </w:tcPr>
          <w:p w14:paraId="3A30EC17" w14:textId="442FE587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BİLGİSAYAR ORGANİZASYONU VE MİMARİSİ </w:t>
            </w:r>
          </w:p>
        </w:tc>
        <w:tc>
          <w:tcPr>
            <w:tcW w:w="2480" w:type="dxa"/>
          </w:tcPr>
          <w:p w14:paraId="01DDFD09" w14:textId="08EF85DB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9F00CE" w14:paraId="7D8A9844" w14:textId="77777777" w:rsidTr="00B35BEF">
        <w:tc>
          <w:tcPr>
            <w:tcW w:w="1985" w:type="dxa"/>
          </w:tcPr>
          <w:p w14:paraId="04D64EAC" w14:textId="7FEBE5FA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B22</w:t>
            </w:r>
          </w:p>
        </w:tc>
        <w:tc>
          <w:tcPr>
            <w:tcW w:w="6237" w:type="dxa"/>
          </w:tcPr>
          <w:p w14:paraId="2C94CC5D" w14:textId="499C0718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SAYISAL TASARIM </w:t>
            </w:r>
          </w:p>
        </w:tc>
        <w:tc>
          <w:tcPr>
            <w:tcW w:w="2480" w:type="dxa"/>
          </w:tcPr>
          <w:p w14:paraId="6370E83F" w14:textId="67EED5CF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9F00CE" w14:paraId="431D98F9" w14:textId="77777777" w:rsidTr="00B35BEF">
        <w:tc>
          <w:tcPr>
            <w:tcW w:w="1985" w:type="dxa"/>
          </w:tcPr>
          <w:p w14:paraId="6E3D2FDA" w14:textId="4BF429E7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601</w:t>
            </w:r>
          </w:p>
        </w:tc>
        <w:tc>
          <w:tcPr>
            <w:tcW w:w="6237" w:type="dxa"/>
          </w:tcPr>
          <w:p w14:paraId="3C61BA47" w14:textId="407C54B3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AYRIK MATEMATİK</w:t>
            </w:r>
          </w:p>
        </w:tc>
        <w:tc>
          <w:tcPr>
            <w:tcW w:w="2480" w:type="dxa"/>
          </w:tcPr>
          <w:p w14:paraId="0C3407D8" w14:textId="508D4954" w:rsidR="009F00CE" w:rsidRPr="00665340" w:rsidRDefault="009F00CE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0B61C9A6" w:rsidR="00665340" w:rsidRPr="0092777C" w:rsidRDefault="009F00CE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53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B7B516" w14:textId="77777777" w:rsidR="002C0F58" w:rsidRDefault="002C0F58" w:rsidP="009A25FB">
      <w:pPr>
        <w:spacing w:after="0" w:line="240" w:lineRule="auto"/>
      </w:pPr>
      <w:r>
        <w:separator/>
      </w:r>
    </w:p>
  </w:endnote>
  <w:endnote w:type="continuationSeparator" w:id="0">
    <w:p w14:paraId="2DD0A644" w14:textId="77777777" w:rsidR="002C0F58" w:rsidRDefault="002C0F58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2227BB" w14:textId="77777777" w:rsidR="002C0F58" w:rsidRDefault="002C0F58" w:rsidP="009A25FB">
      <w:pPr>
        <w:spacing w:after="0" w:line="240" w:lineRule="auto"/>
      </w:pPr>
      <w:r>
        <w:separator/>
      </w:r>
    </w:p>
  </w:footnote>
  <w:footnote w:type="continuationSeparator" w:id="0">
    <w:p w14:paraId="6495E233" w14:textId="77777777" w:rsidR="002C0F58" w:rsidRDefault="002C0F58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2C0F58">
    <w:pPr>
      <w:pStyle w:val="stBilgi"/>
    </w:pPr>
    <w:r>
      <w:rPr>
        <w:noProof/>
      </w:rPr>
      <w:pict w14:anchorId="6681B7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2C0F58">
    <w:pPr>
      <w:pStyle w:val="stBilgi"/>
    </w:pPr>
    <w:r>
      <w:rPr>
        <w:noProof/>
      </w:rPr>
      <w:pict w14:anchorId="6AEA21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2C0F58">
    <w:pPr>
      <w:pStyle w:val="stBilgi"/>
    </w:pPr>
    <w:r>
      <w:rPr>
        <w:noProof/>
      </w:rPr>
      <w:pict w14:anchorId="55E47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2C0F58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9F00CE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36</cp:revision>
  <dcterms:created xsi:type="dcterms:W3CDTF">2013-12-23T23:15:00Z</dcterms:created>
  <dcterms:modified xsi:type="dcterms:W3CDTF">2026-09-15T05:50:00Z</dcterms:modified>
  <cp:category/>
</cp:coreProperties>
</file>