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TARAMALI ELEKTRON MİKROSKOBU (SEM)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talebi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Yüzey görüntüsü   ☐ EDS/EDX element analizi   ☐ Element haritası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yapısı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Toz ☐ Katı parça ☐ Film/kaplama ☐ Biyolojik ☐ Diğer: 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boyutu / adedi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 / 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Elektriksel iletkenlik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İletken ☐ Yalıtkan ☐ Bilinmiyor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Kaplama onayı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Au/Pd ☐ Karbon ☐ Kaplama istenmiyor ☐ Operatör karar versin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İstenen büyütme / bölge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Hazırlık / hassasiyet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Kuru ☐ Vakuma uygun ☐ Nemli ☐ Isıya duyarlı ☐ Diğer: 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