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  <w:tblBorders>
          <w:top w:val="single" w:sz="6" w:color="222222"/>
          <w:left w:val="single" w:sz="6" w:color="222222"/>
          <w:bottom w:val="single" w:sz="6" w:color="222222"/>
          <w:right w:val="single" w:sz="6" w:color="222222"/>
          <w:insideH w:val="single" w:sz="6" w:color="222222"/>
          <w:insideV w:val="single" w:sz="6" w:color="222222"/>
        </w:tblBorders>
      </w:tblPr>
      <w:tblGrid>
        <w:gridCol w:w="1469"/>
        <w:gridCol w:w="5227"/>
        <w:gridCol w:w="2794"/>
      </w:tblGrid>
      <w:tr>
        <w:trPr>
          <w:trHeight w:hRule="atLeast" w:val="1224"/>
        </w:trPr>
        <w:tc>
          <w:tcPr>
            <w:tcW w:type="dxa" w:w="1469"/>
            <w:tcMar>
              <w:top w:w="0" w:type="dxa"/>
              <w:start w:w="25" w:type="dxa"/>
              <w:bottom w:w="0" w:type="dxa"/>
              <w:end w:w="25" w:type="dxa"/>
            </w:tcMar>
            <w:vAlign w:val="center"/>
          </w:tcPr>
          <w:p>
            <w:pPr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758952" cy="758952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8952" cy="75895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227"/>
            <w:tcMar>
              <w:top w:w="0" w:type="dxa"/>
              <w:start w:w="25" w:type="dxa"/>
              <w:bottom w:w="0" w:type="dxa"/>
              <w:end w:w="25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T.C.</w:t>
            </w:r>
            <w:r>
              <w:br/>
            </w:r>
            <w:r>
              <w:rPr>
                <w:rFonts w:ascii="Times New Roman" w:hAnsi="Times New Roman"/>
                <w:b/>
                <w:color w:val="000000"/>
                <w:sz w:val="20"/>
              </w:rPr>
              <w:t>HARRAN ÜNİVERSİTESİ</w:t>
            </w:r>
            <w:r>
              <w:br/>
            </w:r>
            <w:r>
              <w:rPr>
                <w:rFonts w:ascii="Times New Roman" w:hAnsi="Times New Roman"/>
                <w:b/>
                <w:color w:val="000000"/>
                <w:sz w:val="18"/>
              </w:rPr>
              <w:t>HÜBTAM</w:t>
            </w:r>
            <w:r>
              <w:br/>
            </w:r>
            <w:r>
              <w:rPr>
                <w:rFonts w:ascii="Times New Roman" w:hAnsi="Times New Roman"/>
                <w:b/>
                <w:color w:val="000000"/>
                <w:sz w:val="16"/>
              </w:rPr>
              <w:t>GAZ KROMATOGRAFİSİ - KÜTLE SPEKTROMETRESİ (GC-MS)</w:t>
            </w:r>
            <w:r>
              <w:br/>
            </w:r>
            <w:r>
              <w:rPr>
                <w:rFonts w:ascii="Times New Roman" w:hAnsi="Times New Roman"/>
                <w:b/>
                <w:color w:val="000000"/>
                <w:sz w:val="16"/>
              </w:rPr>
              <w:t>ANALİZ TALEP VE NUMUNE KABUL FORMU</w:t>
            </w:r>
          </w:p>
        </w:tc>
        <w:tc>
          <w:tcPr>
            <w:tcW w:type="dxa" w:w="2794"/>
            <w:tcMar>
              <w:top w:w="0" w:type="dxa"/>
              <w:start w:w="25" w:type="dxa"/>
              <w:bottom w:w="0" w:type="dxa"/>
              <w:end w:w="25" w:type="dxa"/>
            </w:tcMar>
            <w:vAlign w:val="center"/>
          </w:tcPr>
          <w:tbl>
            <w:tblPr>
              <w:tblStyle w:val="TableGrid"/>
              <w:tblW w:type="auto" w:w="0"/>
              <w:tblLayout w:type="fixed"/>
              <w:tblLook w:firstColumn="1" w:firstRow="1" w:lastColumn="0" w:lastRow="0" w:noHBand="0" w:noVBand="1" w:val="04A0"/>
              <w:tblBorders>
                <w:top w:val="single" w:sz="5" w:color="222222"/>
                <w:left w:val="single" w:sz="5" w:color="222222"/>
                <w:bottom w:val="single" w:sz="5" w:color="222222"/>
                <w:right w:val="single" w:sz="5" w:color="222222"/>
                <w:insideH w:val="single" w:sz="5" w:color="222222"/>
                <w:insideV w:val="single" w:sz="5" w:color="222222"/>
              </w:tblBorders>
            </w:tblPr>
            <w:tblGrid>
              <w:gridCol w:w="2750"/>
            </w:tblGrid>
            <w:tr>
              <w:trPr>
                <w:trHeight w:val="245" w:hRule="atLeast"/>
              </w:trPr>
              <w:tc>
                <w:tcPr>
                  <w:tcW w:type="dxa" w:w="2736"/>
                  <w:vAlign w:val="center"/>
                  <w:tcMar>
                    <w:top w:w="3" w:type="dxa"/>
                    <w:start w:w="24" w:type="dxa"/>
                    <w:bottom w:w="3" w:type="dxa"/>
                    <w:end w:w="10" w:type="dxa"/>
                  </w:tcMar>
                </w:tcPr>
                <w:p>
                  <w:pPr>
                    <w:spacing w:before="0" w:after="0" w:line="240" w:lineRule="auto"/>
                    <w:jc w:val="left"/>
                  </w:pPr>
                  <w:r>
                    <w:rPr>
                      <w:rFonts w:ascii="Times New Roman" w:hAnsi="Times New Roman"/>
                      <w:b w:val="0"/>
                      <w:sz w:val="14"/>
                    </w:rPr>
                    <w:t>Doküman No: HÜBTAM-FRM-___</w:t>
                  </w:r>
                </w:p>
              </w:tc>
            </w:tr>
            <w:tr>
              <w:trPr>
                <w:trHeight w:val="245" w:hRule="atLeast"/>
              </w:trPr>
              <w:tc>
                <w:tcPr>
                  <w:tcW w:type="dxa" w:w="2736"/>
                  <w:vAlign w:val="center"/>
                  <w:tcMar>
                    <w:top w:w="3" w:type="dxa"/>
                    <w:start w:w="24" w:type="dxa"/>
                    <w:bottom w:w="3" w:type="dxa"/>
                    <w:end w:w="10" w:type="dxa"/>
                  </w:tcMar>
                </w:tcPr>
                <w:p>
                  <w:pPr>
                    <w:spacing w:before="0" w:after="0" w:line="240" w:lineRule="auto"/>
                    <w:jc w:val="left"/>
                  </w:pPr>
                  <w:r>
                    <w:rPr>
                      <w:rFonts w:ascii="Times New Roman" w:hAnsi="Times New Roman"/>
                      <w:b w:val="0"/>
                      <w:sz w:val="14"/>
                    </w:rPr>
                    <w:t>Revizyon No: 00</w:t>
                  </w:r>
                </w:p>
              </w:tc>
            </w:tr>
            <w:tr>
              <w:trPr>
                <w:trHeight w:val="245" w:hRule="atLeast"/>
              </w:trPr>
              <w:tc>
                <w:tcPr>
                  <w:tcW w:type="dxa" w:w="2736"/>
                  <w:vAlign w:val="center"/>
                  <w:tcMar>
                    <w:top w:w="3" w:type="dxa"/>
                    <w:start w:w="24" w:type="dxa"/>
                    <w:bottom w:w="3" w:type="dxa"/>
                    <w:end w:w="10" w:type="dxa"/>
                  </w:tcMar>
                </w:tcPr>
                <w:p>
                  <w:pPr>
                    <w:spacing w:before="0" w:after="0" w:line="240" w:lineRule="auto"/>
                    <w:jc w:val="left"/>
                  </w:pPr>
                  <w:r>
                    <w:rPr>
                      <w:rFonts w:ascii="Times New Roman" w:hAnsi="Times New Roman"/>
                      <w:b w:val="0"/>
                      <w:sz w:val="14"/>
                    </w:rPr>
                    <w:t>Yayın Tarihi: __.__.____</w:t>
                  </w:r>
                </w:p>
              </w:tc>
            </w:tr>
            <w:tr>
              <w:trPr>
                <w:trHeight w:val="245" w:hRule="atLeast"/>
              </w:trPr>
              <w:tc>
                <w:tcPr>
                  <w:tcW w:type="dxa" w:w="2736"/>
                  <w:vAlign w:val="center"/>
                  <w:tcMar>
                    <w:top w:w="3" w:type="dxa"/>
                    <w:start w:w="24" w:type="dxa"/>
                    <w:bottom w:w="3" w:type="dxa"/>
                    <w:end w:w="10" w:type="dxa"/>
                  </w:tcMar>
                </w:tcPr>
                <w:p>
                  <w:pPr>
                    <w:spacing w:before="0" w:after="0" w:line="240" w:lineRule="auto"/>
                    <w:jc w:val="left"/>
                  </w:pPr>
                  <w:r>
                    <w:rPr>
                      <w:rFonts w:ascii="Times New Roman" w:hAnsi="Times New Roman"/>
                      <w:b w:val="0"/>
                      <w:sz w:val="14"/>
                    </w:rPr>
                    <w:t>Revizyon Tarihi: __.__.____</w:t>
                  </w:r>
                </w:p>
              </w:tc>
            </w:tr>
            <w:tr>
              <w:trPr>
                <w:trHeight w:val="245" w:hRule="atLeast"/>
              </w:trPr>
              <w:tc>
                <w:tcPr>
                  <w:tcW w:type="dxa" w:w="2736"/>
                  <w:vAlign w:val="center"/>
                  <w:tcMar>
                    <w:top w:w="3" w:type="dxa"/>
                    <w:start w:w="24" w:type="dxa"/>
                    <w:bottom w:w="3" w:type="dxa"/>
                    <w:end w:w="10" w:type="dxa"/>
                  </w:tcMar>
                </w:tcPr>
                <w:p>
                  <w:pPr>
                    <w:spacing w:before="0" w:after="0" w:line="240" w:lineRule="auto"/>
                    <w:jc w:val="left"/>
                  </w:pPr>
                  <w:r>
                    <w:rPr>
                      <w:rFonts w:ascii="Times New Roman" w:hAnsi="Times New Roman"/>
                      <w:b w:val="0"/>
                      <w:sz w:val="14"/>
                    </w:rPr>
                    <w:t>Sayfa No: 1/1</w:t>
                  </w:r>
                </w:p>
              </w:tc>
            </w:tr>
          </w:tbl>
          <w:p>
            <w:pPr>
              <w:spacing w:after="0" w:before="0" w:line="240" w:lineRule="auto"/>
            </w:pPr>
            <w:r>
              <w:rPr>
                <w:sz w:val="2"/>
              </w:rPr>
              <w:t xml:space="preserve"> </w:t>
            </w:r>
          </w:p>
        </w:tc>
      </w:tr>
    </w:tbl>
    <w:p>
      <w:pPr>
        <w:spacing w:before="160" w:after="80"/>
      </w:pPr>
      <w:r>
        <w:rPr>
          <w:b/>
          <w:color w:val="1A4369"/>
          <w:sz w:val="18"/>
        </w:rPr>
        <w:t>A. TALEP SAHİBİ / BAŞVURU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033"/>
        <w:gridCol w:w="6463"/>
      </w:tblGrid>
      <w:tr>
        <w:tc>
          <w:tcPr>
            <w:tcW w:type="dxa" w:w="3033"/>
            <w:vAlign w:val="center"/>
            <w:shd w:fill="E9EFF5"/>
          </w:tcPr>
          <w:p>
            <w:pPr>
              <w:spacing w:after="0"/>
            </w:pPr>
            <w:r>
              <w:rPr>
                <w:sz w:val="16"/>
              </w:rPr>
              <w:t>Talep tarihi / talep no</w:t>
            </w:r>
          </w:p>
        </w:tc>
        <w:tc>
          <w:tcPr>
            <w:tcW w:type="dxa" w:w="6463"/>
            <w:vAlign w:val="center"/>
          </w:tcPr>
          <w:p>
            <w:pPr>
              <w:spacing w:after="0"/>
            </w:pPr>
            <w:r>
              <w:rPr>
                <w:sz w:val="16"/>
              </w:rPr>
              <w:t>____/____/________    /    __________________</w:t>
            </w:r>
          </w:p>
        </w:tc>
      </w:tr>
      <w:tr>
        <w:tc>
          <w:tcPr>
            <w:tcW w:type="dxa" w:w="3033"/>
            <w:vAlign w:val="center"/>
            <w:shd w:fill="E9EFF5"/>
          </w:tcPr>
          <w:p>
            <w:pPr>
              <w:spacing w:after="0"/>
            </w:pPr>
            <w:r>
              <w:rPr>
                <w:sz w:val="16"/>
              </w:rPr>
              <w:t>Ad soyad / unvan</w:t>
            </w:r>
          </w:p>
        </w:tc>
        <w:tc>
          <w:tcPr>
            <w:tcW w:type="dxa" w:w="6463"/>
            <w:vAlign w:val="center"/>
          </w:tcPr>
          <w:p>
            <w:pPr>
              <w:spacing w:after="0"/>
            </w:pPr>
            <w:r>
              <w:rPr>
                <w:sz w:val="16"/>
              </w:rPr>
              <w:t>____________________________________________</w:t>
            </w:r>
          </w:p>
        </w:tc>
      </w:tr>
      <w:tr>
        <w:tc>
          <w:tcPr>
            <w:tcW w:type="dxa" w:w="3033"/>
            <w:vAlign w:val="center"/>
            <w:shd w:fill="E9EFF5"/>
          </w:tcPr>
          <w:p>
            <w:pPr>
              <w:spacing w:after="0"/>
            </w:pPr>
            <w:r>
              <w:rPr>
                <w:sz w:val="16"/>
              </w:rPr>
              <w:t>Kurum / birim</w:t>
            </w:r>
          </w:p>
        </w:tc>
        <w:tc>
          <w:tcPr>
            <w:tcW w:type="dxa" w:w="6463"/>
            <w:vAlign w:val="center"/>
          </w:tcPr>
          <w:p>
            <w:pPr>
              <w:spacing w:after="0"/>
            </w:pPr>
            <w:r>
              <w:rPr>
                <w:sz w:val="16"/>
              </w:rPr>
              <w:t>____________________________________________</w:t>
            </w:r>
          </w:p>
        </w:tc>
      </w:tr>
      <w:tr>
        <w:tc>
          <w:tcPr>
            <w:tcW w:type="dxa" w:w="3033"/>
            <w:vAlign w:val="center"/>
            <w:shd w:fill="E9EFF5"/>
          </w:tcPr>
          <w:p>
            <w:pPr>
              <w:spacing w:after="0"/>
            </w:pPr>
            <w:r>
              <w:rPr>
                <w:sz w:val="16"/>
              </w:rPr>
              <w:t>Telefon / e-posta</w:t>
            </w:r>
          </w:p>
        </w:tc>
        <w:tc>
          <w:tcPr>
            <w:tcW w:type="dxa" w:w="6463"/>
            <w:vAlign w:val="center"/>
          </w:tcPr>
          <w:p>
            <w:pPr>
              <w:spacing w:after="0"/>
            </w:pPr>
            <w:r>
              <w:rPr>
                <w:sz w:val="16"/>
              </w:rPr>
              <w:t>____________________________________________</w:t>
            </w:r>
          </w:p>
        </w:tc>
      </w:tr>
      <w:tr>
        <w:tc>
          <w:tcPr>
            <w:tcW w:type="dxa" w:w="3033"/>
            <w:vAlign w:val="center"/>
            <w:shd w:fill="E9EFF5"/>
          </w:tcPr>
          <w:p>
            <w:pPr>
              <w:spacing w:after="0"/>
            </w:pPr>
            <w:r>
              <w:rPr>
                <w:sz w:val="16"/>
              </w:rPr>
              <w:t>Proje / amaç</w:t>
            </w:r>
          </w:p>
        </w:tc>
        <w:tc>
          <w:tcPr>
            <w:tcW w:type="dxa" w:w="6463"/>
            <w:vAlign w:val="center"/>
          </w:tcPr>
          <w:p>
            <w:pPr>
              <w:spacing w:after="0"/>
            </w:pPr>
            <w:r>
              <w:rPr>
                <w:sz w:val="16"/>
              </w:rPr>
              <w:t>____________________________________________</w:t>
            </w:r>
          </w:p>
        </w:tc>
      </w:tr>
      <w:tr>
        <w:tc>
          <w:tcPr>
            <w:tcW w:type="dxa" w:w="3033"/>
            <w:vAlign w:val="center"/>
            <w:shd w:fill="E9EFF5"/>
          </w:tcPr>
          <w:p>
            <w:pPr>
              <w:spacing w:after="0"/>
            </w:pPr>
            <w:r>
              <w:rPr>
                <w:sz w:val="16"/>
              </w:rPr>
              <w:t>Fatura / ödeme bilgisi</w:t>
            </w:r>
          </w:p>
        </w:tc>
        <w:tc>
          <w:tcPr>
            <w:tcW w:type="dxa" w:w="6463"/>
            <w:vAlign w:val="center"/>
          </w:tcPr>
          <w:p>
            <w:pPr>
              <w:spacing w:after="0"/>
            </w:pPr>
            <w:r>
              <w:rPr>
                <w:sz w:val="16"/>
              </w:rPr>
              <w:t>____________________________________________</w:t>
            </w:r>
          </w:p>
        </w:tc>
      </w:tr>
    </w:tbl>
    <w:p>
      <w:pPr>
        <w:spacing w:before="160" w:after="80"/>
      </w:pPr>
      <w:r>
        <w:rPr>
          <w:b/>
          <w:color w:val="1A4369"/>
          <w:sz w:val="18"/>
        </w:rPr>
        <w:t>B. NUMUNE BİLGİLERİ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033"/>
        <w:gridCol w:w="6463"/>
      </w:tblGrid>
      <w:tr>
        <w:tc>
          <w:tcPr>
            <w:tcW w:type="dxa" w:w="3033"/>
            <w:vAlign w:val="center"/>
            <w:shd w:fill="E9EFF5"/>
          </w:tcPr>
          <w:p>
            <w:pPr>
              <w:spacing w:after="0"/>
            </w:pPr>
            <w:r>
              <w:rPr>
                <w:sz w:val="16"/>
              </w:rPr>
              <w:t>Numune adı / kodu</w:t>
            </w:r>
          </w:p>
        </w:tc>
        <w:tc>
          <w:tcPr>
            <w:tcW w:type="dxa" w:w="6463"/>
            <w:vAlign w:val="center"/>
          </w:tcPr>
          <w:p>
            <w:pPr>
              <w:spacing w:after="0"/>
            </w:pPr>
            <w:r>
              <w:rPr>
                <w:sz w:val="16"/>
              </w:rPr>
              <w:t>____________________________________________</w:t>
            </w:r>
          </w:p>
        </w:tc>
      </w:tr>
      <w:tr>
        <w:tc>
          <w:tcPr>
            <w:tcW w:type="dxa" w:w="3033"/>
            <w:vAlign w:val="center"/>
            <w:shd w:fill="E9EFF5"/>
          </w:tcPr>
          <w:p>
            <w:pPr>
              <w:spacing w:after="0"/>
            </w:pPr>
            <w:r>
              <w:rPr>
                <w:sz w:val="16"/>
              </w:rPr>
              <w:t>Numune sayısı / miktarı</w:t>
            </w:r>
          </w:p>
        </w:tc>
        <w:tc>
          <w:tcPr>
            <w:tcW w:type="dxa" w:w="6463"/>
            <w:vAlign w:val="center"/>
          </w:tcPr>
          <w:p>
            <w:pPr>
              <w:spacing w:after="0"/>
            </w:pPr>
            <w:r>
              <w:rPr>
                <w:sz w:val="16"/>
              </w:rPr>
              <w:t>____________________________________________</w:t>
            </w:r>
          </w:p>
        </w:tc>
      </w:tr>
      <w:tr>
        <w:tc>
          <w:tcPr>
            <w:tcW w:type="dxa" w:w="3033"/>
            <w:vAlign w:val="center"/>
            <w:shd w:fill="E9EFF5"/>
          </w:tcPr>
          <w:p>
            <w:pPr>
              <w:spacing w:after="0"/>
            </w:pPr>
            <w:r>
              <w:rPr>
                <w:sz w:val="16"/>
              </w:rPr>
              <w:t>Fiziksel hâl / matriks</w:t>
            </w:r>
          </w:p>
        </w:tc>
        <w:tc>
          <w:tcPr>
            <w:tcW w:type="dxa" w:w="6463"/>
            <w:vAlign w:val="center"/>
          </w:tcPr>
          <w:p>
            <w:pPr>
              <w:spacing w:after="0"/>
            </w:pPr>
            <w:r>
              <w:rPr>
                <w:sz w:val="16"/>
              </w:rPr>
              <w:t>☐ Katı    ☐ Sıvı    ☐ Toz    ☐ Diğer: __________</w:t>
            </w:r>
          </w:p>
        </w:tc>
      </w:tr>
      <w:tr>
        <w:tc>
          <w:tcPr>
            <w:tcW w:type="dxa" w:w="3033"/>
            <w:vAlign w:val="center"/>
            <w:shd w:fill="E9EFF5"/>
          </w:tcPr>
          <w:p>
            <w:pPr>
              <w:spacing w:after="0"/>
            </w:pPr>
            <w:r>
              <w:rPr>
                <w:sz w:val="16"/>
              </w:rPr>
              <w:t>Saklama koşulu</w:t>
            </w:r>
          </w:p>
        </w:tc>
        <w:tc>
          <w:tcPr>
            <w:tcW w:type="dxa" w:w="6463"/>
            <w:vAlign w:val="center"/>
          </w:tcPr>
          <w:p>
            <w:pPr>
              <w:spacing w:after="0"/>
            </w:pPr>
            <w:r>
              <w:rPr>
                <w:sz w:val="16"/>
              </w:rPr>
              <w:t>☐ Oda sıcaklığı  ☐ +4 °C  ☐ Dondurulmuş  ☐ Diğer: ____</w:t>
            </w:r>
          </w:p>
        </w:tc>
      </w:tr>
      <w:tr>
        <w:tc>
          <w:tcPr>
            <w:tcW w:type="dxa" w:w="3033"/>
            <w:vAlign w:val="center"/>
            <w:shd w:fill="E9EFF5"/>
          </w:tcPr>
          <w:p>
            <w:pPr>
              <w:spacing w:after="0"/>
            </w:pPr>
            <w:r>
              <w:rPr>
                <w:sz w:val="16"/>
              </w:rPr>
              <w:t>Tehlike beyanı</w:t>
            </w:r>
          </w:p>
        </w:tc>
        <w:tc>
          <w:tcPr>
            <w:tcW w:type="dxa" w:w="6463"/>
            <w:vAlign w:val="center"/>
          </w:tcPr>
          <w:p>
            <w:pPr>
              <w:spacing w:after="0"/>
            </w:pPr>
            <w:r>
              <w:rPr>
                <w:sz w:val="16"/>
              </w:rPr>
              <w:t>☐ Tehlikesiz ☐ Yanıcı ☐ Toksik ☐ Korozif ☐ Biyolojik risk ☐ Diğer</w:t>
            </w:r>
          </w:p>
        </w:tc>
      </w:tr>
      <w:tr>
        <w:tc>
          <w:tcPr>
            <w:tcW w:type="dxa" w:w="3033"/>
            <w:vAlign w:val="center"/>
            <w:shd w:fill="E9EFF5"/>
          </w:tcPr>
          <w:p>
            <w:pPr>
              <w:spacing w:after="0"/>
            </w:pPr>
            <w:r>
              <w:rPr>
                <w:sz w:val="16"/>
              </w:rPr>
              <w:t>İçerik / SDS / özel bilgi</w:t>
            </w:r>
          </w:p>
        </w:tc>
        <w:tc>
          <w:tcPr>
            <w:tcW w:type="dxa" w:w="6463"/>
            <w:vAlign w:val="center"/>
          </w:tcPr>
          <w:p>
            <w:pPr>
              <w:spacing w:after="0"/>
            </w:pPr>
            <w:r>
              <w:rPr>
                <w:sz w:val="16"/>
              </w:rPr>
              <w:t>____________________________________________</w:t>
            </w:r>
          </w:p>
        </w:tc>
      </w:tr>
    </w:tbl>
    <w:p>
      <w:pPr>
        <w:spacing w:before="160" w:after="80"/>
      </w:pPr>
      <w:r>
        <w:rPr>
          <w:b/>
          <w:color w:val="1A4369"/>
          <w:sz w:val="18"/>
        </w:rPr>
        <w:t>C. CİHAZA ÖZEL ANALİZ İSTEĞİ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033"/>
        <w:gridCol w:w="6463"/>
      </w:tblGrid>
      <w:tr>
        <w:tc>
          <w:tcPr>
            <w:tcW w:type="dxa" w:w="3033"/>
            <w:vAlign w:val="center"/>
            <w:shd w:fill="E9EFF5"/>
          </w:tcPr>
          <w:p>
            <w:pPr>
              <w:spacing w:after="0"/>
            </w:pPr>
            <w:r>
              <w:rPr>
                <w:sz w:val="16"/>
              </w:rPr>
              <w:t>Analiz amacı</w:t>
            </w:r>
          </w:p>
        </w:tc>
        <w:tc>
          <w:tcPr>
            <w:tcW w:type="dxa" w:w="6463"/>
            <w:vAlign w:val="center"/>
          </w:tcPr>
          <w:p>
            <w:pPr>
              <w:spacing w:after="0"/>
            </w:pPr>
            <w:r>
              <w:rPr>
                <w:sz w:val="16"/>
              </w:rPr>
              <w:t>☐ Bileşik tanımlama ☐ Hedef analiz ☐ Miktar tayini</w:t>
            </w:r>
          </w:p>
        </w:tc>
      </w:tr>
      <w:tr>
        <w:tc>
          <w:tcPr>
            <w:tcW w:type="dxa" w:w="3033"/>
            <w:vAlign w:val="center"/>
            <w:shd w:fill="E9EFF5"/>
          </w:tcPr>
          <w:p>
            <w:pPr>
              <w:spacing w:after="0"/>
            </w:pPr>
            <w:r>
              <w:rPr>
                <w:sz w:val="16"/>
              </w:rPr>
              <w:t>Uçuculuk / örnek tipi</w:t>
            </w:r>
          </w:p>
        </w:tc>
        <w:tc>
          <w:tcPr>
            <w:tcW w:type="dxa" w:w="6463"/>
            <w:vAlign w:val="center"/>
          </w:tcPr>
          <w:p>
            <w:pPr>
              <w:spacing w:after="0"/>
            </w:pPr>
            <w:r>
              <w:rPr>
                <w:sz w:val="16"/>
              </w:rPr>
              <w:t>☐ Uçucu ☐ Yarı uçucu ☐ Çözelti ☐ Headspace ☐ Diğer: _____</w:t>
            </w:r>
          </w:p>
        </w:tc>
      </w:tr>
      <w:tr>
        <w:tc>
          <w:tcPr>
            <w:tcW w:type="dxa" w:w="3033"/>
            <w:vAlign w:val="center"/>
            <w:shd w:fill="E9EFF5"/>
          </w:tcPr>
          <w:p>
            <w:pPr>
              <w:spacing w:after="0"/>
            </w:pPr>
            <w:r>
              <w:rPr>
                <w:sz w:val="16"/>
              </w:rPr>
              <w:t>Matriks ve çözücü</w:t>
            </w:r>
          </w:p>
        </w:tc>
        <w:tc>
          <w:tcPr>
            <w:tcW w:type="dxa" w:w="6463"/>
            <w:vAlign w:val="center"/>
          </w:tcPr>
          <w:p>
            <w:pPr>
              <w:spacing w:after="0"/>
            </w:pPr>
            <w:r>
              <w:rPr>
                <w:sz w:val="16"/>
              </w:rPr>
              <w:t>____________________________________________</w:t>
            </w:r>
          </w:p>
        </w:tc>
      </w:tr>
      <w:tr>
        <w:tc>
          <w:tcPr>
            <w:tcW w:type="dxa" w:w="3033"/>
            <w:vAlign w:val="center"/>
            <w:shd w:fill="E9EFF5"/>
          </w:tcPr>
          <w:p>
            <w:pPr>
              <w:spacing w:after="0"/>
            </w:pPr>
            <w:r>
              <w:rPr>
                <w:sz w:val="16"/>
              </w:rPr>
              <w:t>Hedef bileşik(ler)</w:t>
            </w:r>
          </w:p>
        </w:tc>
        <w:tc>
          <w:tcPr>
            <w:tcW w:type="dxa" w:w="6463"/>
            <w:vAlign w:val="center"/>
          </w:tcPr>
          <w:p>
            <w:pPr>
              <w:spacing w:after="0"/>
            </w:pPr>
            <w:r>
              <w:rPr>
                <w:sz w:val="16"/>
              </w:rPr>
              <w:t>____________________________________________</w:t>
            </w:r>
          </w:p>
        </w:tc>
      </w:tr>
      <w:tr>
        <w:tc>
          <w:tcPr>
            <w:tcW w:type="dxa" w:w="3033"/>
            <w:vAlign w:val="center"/>
            <w:shd w:fill="E9EFF5"/>
          </w:tcPr>
          <w:p>
            <w:pPr>
              <w:spacing w:after="0"/>
            </w:pPr>
            <w:r>
              <w:rPr>
                <w:sz w:val="16"/>
              </w:rPr>
              <w:t>Beklenen derişim</w:t>
            </w:r>
          </w:p>
        </w:tc>
        <w:tc>
          <w:tcPr>
            <w:tcW w:type="dxa" w:w="6463"/>
            <w:vAlign w:val="center"/>
          </w:tcPr>
          <w:p>
            <w:pPr>
              <w:spacing w:after="0"/>
            </w:pPr>
            <w:r>
              <w:rPr>
                <w:sz w:val="16"/>
              </w:rPr>
              <w:t>____________________________________________</w:t>
            </w:r>
          </w:p>
        </w:tc>
      </w:tr>
      <w:tr>
        <w:tc>
          <w:tcPr>
            <w:tcW w:type="dxa" w:w="3033"/>
            <w:vAlign w:val="center"/>
            <w:shd w:fill="E9EFF5"/>
          </w:tcPr>
          <w:p>
            <w:pPr>
              <w:spacing w:after="0"/>
            </w:pPr>
            <w:r>
              <w:rPr>
                <w:sz w:val="16"/>
              </w:rPr>
              <w:t>Türevleme gereksinimi</w:t>
            </w:r>
          </w:p>
        </w:tc>
        <w:tc>
          <w:tcPr>
            <w:tcW w:type="dxa" w:w="6463"/>
            <w:vAlign w:val="center"/>
          </w:tcPr>
          <w:p>
            <w:pPr>
              <w:spacing w:after="0"/>
            </w:pPr>
            <w:r>
              <w:rPr>
                <w:sz w:val="16"/>
              </w:rPr>
              <w:t>☐ Var ☐ Yok ☐ Bilinmiyor</w:t>
            </w:r>
          </w:p>
        </w:tc>
      </w:tr>
      <w:tr>
        <w:tc>
          <w:tcPr>
            <w:tcW w:type="dxa" w:w="3033"/>
            <w:vAlign w:val="center"/>
            <w:shd w:fill="E9EFF5"/>
          </w:tcPr>
          <w:p>
            <w:pPr>
              <w:spacing w:after="0"/>
            </w:pPr>
            <w:r>
              <w:rPr>
                <w:sz w:val="16"/>
              </w:rPr>
              <w:t>Standart temini</w:t>
            </w:r>
          </w:p>
        </w:tc>
        <w:tc>
          <w:tcPr>
            <w:tcW w:type="dxa" w:w="6463"/>
            <w:vAlign w:val="center"/>
          </w:tcPr>
          <w:p>
            <w:pPr>
              <w:spacing w:after="0"/>
            </w:pPr>
            <w:r>
              <w:rPr>
                <w:sz w:val="16"/>
              </w:rPr>
              <w:t>☐ Talep sahibi sağlayacak ☐ Mevcut yöntemle</w:t>
            </w:r>
          </w:p>
        </w:tc>
      </w:tr>
      <w:tr>
        <w:tc>
          <w:tcPr>
            <w:tcW w:type="dxa" w:w="3033"/>
            <w:vAlign w:val="center"/>
            <w:shd w:fill="E9EFF5"/>
          </w:tcPr>
          <w:p>
            <w:pPr>
              <w:spacing w:after="0"/>
            </w:pPr>
            <w:r>
              <w:rPr>
                <w:sz w:val="16"/>
              </w:rPr>
              <w:t>Numune riski</w:t>
            </w:r>
          </w:p>
        </w:tc>
        <w:tc>
          <w:tcPr>
            <w:tcW w:type="dxa" w:w="6463"/>
            <w:vAlign w:val="center"/>
          </w:tcPr>
          <w:p>
            <w:pPr>
              <w:spacing w:after="0"/>
            </w:pPr>
            <w:r>
              <w:rPr>
                <w:sz w:val="16"/>
              </w:rPr>
              <w:t>☐ Yanıcı ☐ Halojenli çözücü ☐ Toksik ☐ Diğer: ______</w:t>
            </w:r>
          </w:p>
        </w:tc>
      </w:tr>
    </w:tbl>
    <w:p>
      <w:pPr>
        <w:spacing w:before="160" w:after="80"/>
      </w:pPr>
      <w:r>
        <w:rPr>
          <w:b/>
          <w:color w:val="1A4369"/>
          <w:sz w:val="18"/>
        </w:rPr>
        <w:t>D. NUMUNE KABULÜ VE LABORATUVAR KAYDI (PERSONEL DOLDURUR)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033"/>
        <w:gridCol w:w="6463"/>
      </w:tblGrid>
      <w:tr>
        <w:tc>
          <w:tcPr>
            <w:tcW w:type="dxa" w:w="3033"/>
            <w:vAlign w:val="center"/>
            <w:shd w:fill="E9EFF5"/>
          </w:tcPr>
          <w:p>
            <w:pPr>
              <w:spacing w:after="0"/>
            </w:pPr>
            <w:r>
              <w:rPr>
                <w:sz w:val="16"/>
              </w:rPr>
              <w:t>Numune kabul / kayıt no</w:t>
            </w:r>
          </w:p>
        </w:tc>
        <w:tc>
          <w:tcPr>
            <w:tcW w:type="dxa" w:w="6463"/>
            <w:vAlign w:val="center"/>
          </w:tcPr>
          <w:p>
            <w:pPr>
              <w:spacing w:after="0"/>
            </w:pPr>
            <w:r>
              <w:rPr>
                <w:sz w:val="16"/>
              </w:rPr>
              <w:t>Tarih: ___/___/______    Kayıt No: ______________</w:t>
            </w:r>
          </w:p>
        </w:tc>
      </w:tr>
      <w:tr>
        <w:tc>
          <w:tcPr>
            <w:tcW w:type="dxa" w:w="3033"/>
            <w:vAlign w:val="center"/>
            <w:shd w:fill="E9EFF5"/>
          </w:tcPr>
          <w:p>
            <w:pPr>
              <w:spacing w:after="0"/>
            </w:pPr>
            <w:r>
              <w:rPr>
                <w:sz w:val="16"/>
              </w:rPr>
              <w:t>Kabul durumu</w:t>
            </w:r>
          </w:p>
        </w:tc>
        <w:tc>
          <w:tcPr>
            <w:tcW w:type="dxa" w:w="6463"/>
            <w:vAlign w:val="center"/>
          </w:tcPr>
          <w:p>
            <w:pPr>
              <w:spacing w:after="0"/>
            </w:pPr>
            <w:r>
              <w:rPr>
                <w:sz w:val="16"/>
              </w:rPr>
              <w:t>☐ Kabul ☐ Şartlı kabul ☐ Ret  Gerekçe: _____________</w:t>
            </w:r>
          </w:p>
        </w:tc>
      </w:tr>
      <w:tr>
        <w:tc>
          <w:tcPr>
            <w:tcW w:type="dxa" w:w="3033"/>
            <w:vAlign w:val="center"/>
            <w:shd w:fill="E9EFF5"/>
          </w:tcPr>
          <w:p>
            <w:pPr>
              <w:spacing w:after="0"/>
            </w:pPr>
            <w:r>
              <w:rPr>
                <w:sz w:val="16"/>
              </w:rPr>
              <w:t>Cihaz / yöntem / operatör</w:t>
            </w:r>
          </w:p>
        </w:tc>
        <w:tc>
          <w:tcPr>
            <w:tcW w:type="dxa" w:w="6463"/>
            <w:vAlign w:val="center"/>
          </w:tcPr>
          <w:p>
            <w:pPr>
              <w:spacing w:after="0"/>
            </w:pPr>
            <w:r>
              <w:rPr>
                <w:sz w:val="16"/>
              </w:rPr>
              <w:t>____________________________________________</w:t>
            </w:r>
          </w:p>
        </w:tc>
      </w:tr>
      <w:tr>
        <w:tc>
          <w:tcPr>
            <w:tcW w:type="dxa" w:w="3033"/>
            <w:vAlign w:val="center"/>
            <w:shd w:fill="E9EFF5"/>
          </w:tcPr>
          <w:p>
            <w:pPr>
              <w:spacing w:after="0"/>
            </w:pPr>
            <w:r>
              <w:rPr>
                <w:sz w:val="16"/>
              </w:rPr>
              <w:t>Analiz tarihi / veri kodu</w:t>
            </w:r>
          </w:p>
        </w:tc>
        <w:tc>
          <w:tcPr>
            <w:tcW w:type="dxa" w:w="6463"/>
            <w:vAlign w:val="center"/>
          </w:tcPr>
          <w:p>
            <w:pPr>
              <w:spacing w:after="0"/>
            </w:pPr>
            <w:r>
              <w:rPr>
                <w:sz w:val="16"/>
              </w:rPr>
              <w:t>____________________________________________</w:t>
            </w:r>
          </w:p>
        </w:tc>
      </w:tr>
      <w:tr>
        <w:tc>
          <w:tcPr>
            <w:tcW w:type="dxa" w:w="3033"/>
            <w:vAlign w:val="center"/>
            <w:shd w:fill="E9EFF5"/>
          </w:tcPr>
          <w:p>
            <w:pPr>
              <w:spacing w:after="0"/>
            </w:pPr>
            <w:r>
              <w:rPr>
                <w:sz w:val="16"/>
              </w:rPr>
              <w:t>Sonuç / rapor no</w:t>
            </w:r>
          </w:p>
        </w:tc>
        <w:tc>
          <w:tcPr>
            <w:tcW w:type="dxa" w:w="6463"/>
            <w:vAlign w:val="center"/>
          </w:tcPr>
          <w:p>
            <w:pPr>
              <w:spacing w:after="0"/>
            </w:pPr>
            <w:r>
              <w:rPr>
                <w:sz w:val="16"/>
              </w:rPr>
              <w:t>____________________________________________</w:t>
            </w:r>
          </w:p>
        </w:tc>
      </w:tr>
      <w:tr>
        <w:tc>
          <w:tcPr>
            <w:tcW w:type="dxa" w:w="3033"/>
            <w:vAlign w:val="center"/>
            <w:shd w:fill="E9EFF5"/>
          </w:tcPr>
          <w:p>
            <w:pPr>
              <w:spacing w:after="0"/>
            </w:pPr>
            <w:r>
              <w:rPr>
                <w:sz w:val="16"/>
              </w:rPr>
              <w:t>Numunenin akıbeti</w:t>
            </w:r>
          </w:p>
        </w:tc>
        <w:tc>
          <w:tcPr>
            <w:tcW w:type="dxa" w:w="6463"/>
            <w:vAlign w:val="center"/>
          </w:tcPr>
          <w:p>
            <w:pPr>
              <w:spacing w:after="0"/>
            </w:pPr>
            <w:r>
              <w:rPr>
                <w:sz w:val="16"/>
              </w:rPr>
              <w:t>☐ İade ☐ İmha ☐ Muhafaza / süre: __________</w:t>
            </w:r>
          </w:p>
        </w:tc>
      </w:tr>
      <w:tr>
        <w:tc>
          <w:tcPr>
            <w:tcW w:type="dxa" w:w="3033"/>
            <w:vAlign w:val="center"/>
            <w:shd w:fill="E9EFF5"/>
          </w:tcPr>
          <w:p>
            <w:pPr>
              <w:spacing w:after="0"/>
            </w:pPr>
            <w:r>
              <w:rPr>
                <w:sz w:val="16"/>
              </w:rPr>
              <w:t>Kontrol / teslim</w:t>
            </w:r>
          </w:p>
        </w:tc>
        <w:tc>
          <w:tcPr>
            <w:tcW w:type="dxa" w:w="6463"/>
            <w:vAlign w:val="center"/>
          </w:tcPr>
          <w:p>
            <w:pPr>
              <w:spacing w:after="0"/>
            </w:pPr>
            <w:r>
              <w:rPr>
                <w:sz w:val="16"/>
              </w:rPr>
              <w:t>Analizi yapan: ________  Kontrol: ________  Teslim: ________</w:t>
            </w:r>
          </w:p>
        </w:tc>
      </w:tr>
    </w:tbl>
    <w:p>
      <w:pPr>
        <w:spacing w:before="120"/>
      </w:pPr>
      <w:r>
        <w:rPr>
          <w:sz w:val="15"/>
        </w:rPr>
        <w:t>Beyan: Numune içeriği ve risk bilgileri talep sahibi tarafından doğru bildirilmiştir. Analiz kapsamı, laboratuvarın cihaz ve yöntem yeterliliğine göre kesinleştirilir.</w:t>
      </w:r>
    </w:p>
    <w:p>
      <w:pPr>
        <w:spacing w:before="60"/>
      </w:pPr>
      <w:r>
        <w:rPr>
          <w:sz w:val="16"/>
        </w:rPr>
        <w:t>Talep sahibi imza: ____________________          Numune kabul eden imza: ____________________</w:t>
      </w:r>
    </w:p>
    <w:sectPr w:rsidR="00FC693F" w:rsidRPr="0006063C" w:rsidSect="00034616">
      <w:pgSz w:w="12240" w:h="15840"/>
      <w:pgMar w:top="562" w:right="935" w:bottom="576" w:left="93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/>
    </w:pPr>
    <w:rPr>
      <w:rFonts w:ascii="Aptos" w:hAnsi="Aptos"/>
      <w:sz w:val="17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