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365"/>
        <w:gridCol w:w="2563"/>
      </w:tblGrid>
      <w:tr w:rsidR="0079432B" w14:paraId="0C435293" w14:textId="77777777">
        <w:trPr>
          <w:jc w:val="center"/>
        </w:trPr>
        <w:tc>
          <w:tcPr>
            <w:tcW w:w="180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D9F7827" w14:textId="77777777" w:rsidR="0079432B" w:rsidRDefault="002E4245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9535321" wp14:editId="7CA8DF45">
                  <wp:extent cx="786384" cy="78638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4" cy="78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9D14AD5" w14:textId="77777777" w:rsidR="0079432B" w:rsidRDefault="002E42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3"/>
              </w:rPr>
              <w:t>T.C.</w:t>
            </w:r>
            <w:r>
              <w:rPr>
                <w:rFonts w:ascii="Times New Roman" w:eastAsia="Times New Roman" w:hAnsi="Times New Roman"/>
                <w:b/>
                <w:sz w:val="23"/>
              </w:rPr>
              <w:br/>
              <w:t>HARRAN ÜNİVERSİTESİ</w:t>
            </w:r>
            <w:r>
              <w:rPr>
                <w:rFonts w:ascii="Times New Roman" w:eastAsia="Times New Roman" w:hAnsi="Times New Roman"/>
                <w:b/>
                <w:sz w:val="23"/>
              </w:rPr>
              <w:br/>
            </w:r>
            <w:r>
              <w:rPr>
                <w:rFonts w:ascii="Times New Roman" w:eastAsia="Times New Roman" w:hAnsi="Times New Roman"/>
                <w:b/>
                <w:sz w:val="21"/>
              </w:rPr>
              <w:t>HÜBTAM FİZİKİ LABORATUVAR</w:t>
            </w:r>
            <w:r>
              <w:rPr>
                <w:rFonts w:ascii="Times New Roman" w:eastAsia="Times New Roman" w:hAnsi="Times New Roman"/>
                <w:b/>
                <w:sz w:val="21"/>
              </w:rPr>
              <w:br/>
              <w:t>KULLANIM TALEP FORMU</w:t>
            </w:r>
          </w:p>
        </w:tc>
        <w:tc>
          <w:tcPr>
            <w:tcW w:w="2563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D309EF9" w14:textId="77777777" w:rsidR="0079432B" w:rsidRDefault="0079432B">
            <w:pPr>
              <w:spacing w:after="0" w:line="240" w:lineRule="auto"/>
            </w:pPr>
          </w:p>
          <w:tbl>
            <w:tblPr>
              <w:tblW w:w="0" w:type="auto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76"/>
            </w:tblGrid>
            <w:tr w:rsidR="0079432B" w14:paraId="0502AFE0" w14:textId="77777777">
              <w:trPr>
                <w:jc w:val="center"/>
              </w:trPr>
              <w:tc>
                <w:tcPr>
                  <w:tcW w:w="2376" w:type="dxa"/>
                  <w:tcMar>
                    <w:top w:w="15" w:type="dxa"/>
                    <w:left w:w="35" w:type="dxa"/>
                    <w:bottom w:w="15" w:type="dxa"/>
                    <w:right w:w="25" w:type="dxa"/>
                  </w:tcMar>
                  <w:vAlign w:val="center"/>
                </w:tcPr>
                <w:p w14:paraId="4D4FAF3E" w14:textId="77777777" w:rsidR="0079432B" w:rsidRDefault="002E4245">
                  <w:pPr>
                    <w:spacing w:after="0"/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Doküman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 xml:space="preserve"> No: FR-____</w:t>
                  </w:r>
                </w:p>
              </w:tc>
            </w:tr>
            <w:tr w:rsidR="0079432B" w14:paraId="5237D0D4" w14:textId="77777777">
              <w:trPr>
                <w:jc w:val="center"/>
              </w:trPr>
              <w:tc>
                <w:tcPr>
                  <w:tcW w:w="2376" w:type="dxa"/>
                  <w:tcMar>
                    <w:top w:w="15" w:type="dxa"/>
                    <w:left w:w="35" w:type="dxa"/>
                    <w:bottom w:w="15" w:type="dxa"/>
                    <w:right w:w="25" w:type="dxa"/>
                  </w:tcMar>
                  <w:vAlign w:val="center"/>
                </w:tcPr>
                <w:p w14:paraId="5321C964" w14:textId="77777777" w:rsidR="0079432B" w:rsidRDefault="002E4245">
                  <w:pPr>
                    <w:spacing w:after="0"/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Revizyon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 xml:space="preserve"> No: __</w:t>
                  </w:r>
                </w:p>
              </w:tc>
            </w:tr>
            <w:tr w:rsidR="0079432B" w14:paraId="0A9E4BBA" w14:textId="77777777">
              <w:trPr>
                <w:jc w:val="center"/>
              </w:trPr>
              <w:tc>
                <w:tcPr>
                  <w:tcW w:w="2376" w:type="dxa"/>
                  <w:tcMar>
                    <w:top w:w="15" w:type="dxa"/>
                    <w:left w:w="35" w:type="dxa"/>
                    <w:bottom w:w="15" w:type="dxa"/>
                    <w:right w:w="25" w:type="dxa"/>
                  </w:tcMar>
                  <w:vAlign w:val="center"/>
                </w:tcPr>
                <w:p w14:paraId="42532424" w14:textId="77777777" w:rsidR="0079432B" w:rsidRDefault="002E4245">
                  <w:pPr>
                    <w:spacing w:after="0"/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Yayın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 xml:space="preserve"> Tarihi: __.__.____</w:t>
                  </w:r>
                </w:p>
              </w:tc>
            </w:tr>
            <w:tr w:rsidR="0079432B" w14:paraId="294870E2" w14:textId="77777777">
              <w:trPr>
                <w:jc w:val="center"/>
              </w:trPr>
              <w:tc>
                <w:tcPr>
                  <w:tcW w:w="2376" w:type="dxa"/>
                  <w:tcMar>
                    <w:top w:w="15" w:type="dxa"/>
                    <w:left w:w="35" w:type="dxa"/>
                    <w:bottom w:w="15" w:type="dxa"/>
                    <w:right w:w="25" w:type="dxa"/>
                  </w:tcMar>
                  <w:vAlign w:val="center"/>
                </w:tcPr>
                <w:p w14:paraId="75CBDF75" w14:textId="77777777" w:rsidR="0079432B" w:rsidRDefault="002E4245">
                  <w:pPr>
                    <w:spacing w:after="0"/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Revizyon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Tarihi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>: __.__.____</w:t>
                  </w:r>
                </w:p>
              </w:tc>
            </w:tr>
            <w:tr w:rsidR="0079432B" w14:paraId="5D84AA00" w14:textId="77777777">
              <w:trPr>
                <w:jc w:val="center"/>
              </w:trPr>
              <w:tc>
                <w:tcPr>
                  <w:tcW w:w="2376" w:type="dxa"/>
                  <w:tcMar>
                    <w:top w:w="15" w:type="dxa"/>
                    <w:left w:w="35" w:type="dxa"/>
                    <w:bottom w:w="15" w:type="dxa"/>
                    <w:right w:w="25" w:type="dxa"/>
                  </w:tcMar>
                  <w:vAlign w:val="center"/>
                </w:tcPr>
                <w:p w14:paraId="5B1F5ECC" w14:textId="77777777" w:rsidR="0079432B" w:rsidRDefault="002E4245">
                  <w:pPr>
                    <w:spacing w:after="0"/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16"/>
                    </w:rPr>
                    <w:t>Sayfa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6"/>
                    </w:rPr>
                    <w:t xml:space="preserve"> No: 1/2</w:t>
                  </w:r>
                </w:p>
              </w:tc>
            </w:tr>
          </w:tbl>
          <w:p w14:paraId="457A9F70" w14:textId="77777777" w:rsidR="0079432B" w:rsidRDefault="0079432B"/>
        </w:tc>
      </w:tr>
    </w:tbl>
    <w:p w14:paraId="0DC37E70" w14:textId="77777777" w:rsidR="0079432B" w:rsidRDefault="0079432B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46"/>
      </w:tblGrid>
      <w:tr w:rsidR="0079432B" w14:paraId="7AA96BEF" w14:textId="77777777">
        <w:trPr>
          <w:cantSplit/>
          <w:jc w:val="center"/>
        </w:trPr>
        <w:tc>
          <w:tcPr>
            <w:tcW w:w="10766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64889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sz w:val="16"/>
              </w:rPr>
              <w:t xml:space="preserve">Bu form, HÜBTAM </w:t>
            </w:r>
            <w:proofErr w:type="spellStart"/>
            <w:r>
              <w:rPr>
                <w:rFonts w:eastAsia="Arial" w:cs="Arial"/>
                <w:sz w:val="16"/>
              </w:rPr>
              <w:t>bünyesindeki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fiziki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alanlarının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araştırma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deney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numune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hazırlama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veya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benzeri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çalışmalar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için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kullanım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talebinde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bulunulması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amacıyla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düzenlenmiştir</w:t>
            </w:r>
            <w:proofErr w:type="spellEnd"/>
            <w:r>
              <w:rPr>
                <w:rFonts w:eastAsia="Arial" w:cs="Arial"/>
                <w:sz w:val="16"/>
              </w:rPr>
              <w:t xml:space="preserve">. HÜBTAM </w:t>
            </w:r>
            <w:proofErr w:type="spellStart"/>
            <w:r>
              <w:rPr>
                <w:rFonts w:eastAsia="Arial" w:cs="Arial"/>
                <w:sz w:val="16"/>
              </w:rPr>
              <w:t>tarafından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analiz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hizmeti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talep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edilecekse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ayrıca</w:t>
            </w:r>
            <w:proofErr w:type="spellEnd"/>
            <w:r>
              <w:rPr>
                <w:rFonts w:eastAsia="Arial" w:cs="Arial"/>
                <w:sz w:val="16"/>
              </w:rPr>
              <w:t xml:space="preserve"> Analiz </w:t>
            </w:r>
            <w:proofErr w:type="spellStart"/>
            <w:r>
              <w:rPr>
                <w:rFonts w:eastAsia="Arial" w:cs="Arial"/>
                <w:sz w:val="16"/>
              </w:rPr>
              <w:t>Talep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Formu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kullanılmalıdır</w:t>
            </w:r>
            <w:proofErr w:type="spellEnd"/>
            <w:r>
              <w:rPr>
                <w:rFonts w:eastAsia="Arial" w:cs="Arial"/>
                <w:sz w:val="16"/>
              </w:rPr>
              <w:t>.</w:t>
            </w:r>
          </w:p>
        </w:tc>
      </w:tr>
    </w:tbl>
    <w:p w14:paraId="509EAA8E" w14:textId="77777777" w:rsidR="0079432B" w:rsidRDefault="0079432B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597"/>
      </w:tblGrid>
      <w:tr w:rsidR="0079432B" w14:paraId="508C7B18" w14:textId="77777777">
        <w:trPr>
          <w:cantSplit/>
          <w:jc w:val="center"/>
        </w:trPr>
        <w:tc>
          <w:tcPr>
            <w:tcW w:w="105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1F7CD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>A. BAŞVURU SAHİBİ BİLGİLERİ</w:t>
            </w:r>
          </w:p>
        </w:tc>
      </w:tr>
      <w:tr w:rsidR="0079432B" w14:paraId="39F17DD6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B18DE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Adı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Soyadı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Unvanı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D5CBA0" w14:textId="77777777" w:rsidR="0079432B" w:rsidRDefault="0079432B">
            <w:pPr>
              <w:spacing w:after="0" w:line="240" w:lineRule="auto"/>
            </w:pPr>
          </w:p>
        </w:tc>
      </w:tr>
      <w:tr w:rsidR="0079432B" w14:paraId="463AB93F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543E0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Kurum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Birim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Bölüm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B9A6A4" w14:textId="77777777" w:rsidR="0079432B" w:rsidRDefault="0079432B">
            <w:pPr>
              <w:spacing w:after="0" w:line="240" w:lineRule="auto"/>
            </w:pPr>
          </w:p>
        </w:tc>
      </w:tr>
      <w:tr w:rsidR="0079432B" w14:paraId="548454F6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178CB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Görevi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Öğrenci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Statüsü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3F03E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Akademik </w:t>
            </w:r>
            <w:proofErr w:type="spellStart"/>
            <w:r>
              <w:rPr>
                <w:rFonts w:eastAsia="Arial" w:cs="Arial"/>
              </w:rPr>
              <w:t>Personel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İdari</w:t>
            </w:r>
            <w:proofErr w:type="spellEnd"/>
            <w:r>
              <w:rPr>
                <w:rFonts w:eastAsia="Arial" w:cs="Arial"/>
              </w:rPr>
              <w:t>/</w:t>
            </w:r>
            <w:proofErr w:type="spellStart"/>
            <w:r>
              <w:rPr>
                <w:rFonts w:eastAsia="Arial" w:cs="Arial"/>
              </w:rPr>
              <w:t>teknik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Personel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Lisansüstü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Öğrenci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Lisans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Öğrencisi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Diğer</w:t>
            </w:r>
            <w:proofErr w:type="spellEnd"/>
            <w:r>
              <w:rPr>
                <w:rFonts w:eastAsia="Arial" w:cs="Arial"/>
              </w:rPr>
              <w:t>: __________</w:t>
            </w:r>
          </w:p>
        </w:tc>
      </w:tr>
      <w:tr w:rsidR="0079432B" w14:paraId="5DB50B1D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C446B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Telefon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99C205" w14:textId="77777777" w:rsidR="0079432B" w:rsidRDefault="0079432B">
            <w:pPr>
              <w:spacing w:after="0" w:line="240" w:lineRule="auto"/>
            </w:pPr>
          </w:p>
        </w:tc>
      </w:tr>
      <w:tr w:rsidR="0079432B" w14:paraId="3D8E26C4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83473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>E-</w:t>
            </w:r>
            <w:proofErr w:type="spellStart"/>
            <w:r>
              <w:rPr>
                <w:rFonts w:eastAsia="Arial" w:cs="Arial"/>
                <w:b/>
              </w:rPr>
              <w:t>posta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80DC3E" w14:textId="77777777" w:rsidR="0079432B" w:rsidRDefault="0079432B">
            <w:pPr>
              <w:spacing w:after="0" w:line="240" w:lineRule="auto"/>
            </w:pPr>
          </w:p>
        </w:tc>
      </w:tr>
      <w:tr w:rsidR="0079432B" w14:paraId="1611B5D4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720AF1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Akademik </w:t>
            </w:r>
            <w:proofErr w:type="spellStart"/>
            <w:r>
              <w:rPr>
                <w:rFonts w:eastAsia="Arial" w:cs="Arial"/>
                <w:b/>
              </w:rPr>
              <w:t>Danışman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Proje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Yürütücüsü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11632C" w14:textId="77777777" w:rsidR="0079432B" w:rsidRDefault="002E4245">
            <w:pPr>
              <w:spacing w:after="0" w:line="24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(</w:t>
            </w:r>
            <w:proofErr w:type="spellStart"/>
            <w:r>
              <w:rPr>
                <w:rFonts w:eastAsia="Arial" w:cs="Arial"/>
              </w:rPr>
              <w:t>Öğrenci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başvurularında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doldurulması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önerilir</w:t>
            </w:r>
            <w:proofErr w:type="spellEnd"/>
            <w:r>
              <w:rPr>
                <w:rFonts w:eastAsia="Arial" w:cs="Arial"/>
              </w:rPr>
              <w:t>.)</w:t>
            </w:r>
          </w:p>
          <w:p w14:paraId="5F1A7BF1" w14:textId="3A5BAF5E" w:rsidR="00046D84" w:rsidRDefault="00046D84">
            <w:pPr>
              <w:spacing w:after="0" w:line="240" w:lineRule="auto"/>
            </w:pPr>
          </w:p>
        </w:tc>
      </w:tr>
      <w:tr w:rsidR="0079432B" w14:paraId="06CD3ADF" w14:textId="77777777">
        <w:trPr>
          <w:cantSplit/>
          <w:jc w:val="center"/>
        </w:trPr>
        <w:tc>
          <w:tcPr>
            <w:tcW w:w="105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9415C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>B. FİZİKİ LABORATUVAR KULLANIM TALEBİ</w:t>
            </w:r>
          </w:p>
        </w:tc>
      </w:tr>
      <w:tr w:rsidR="0079432B" w14:paraId="00264650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582554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Talep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Edilen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Laboratuvar</w:t>
            </w:r>
            <w:proofErr w:type="spellEnd"/>
            <w:r>
              <w:rPr>
                <w:rFonts w:eastAsia="Arial" w:cs="Arial"/>
                <w:b/>
              </w:rPr>
              <w:t xml:space="preserve"> / Alan</w:t>
            </w:r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9CB059" w14:textId="77777777" w:rsidR="0079432B" w:rsidRDefault="0079432B">
            <w:pPr>
              <w:spacing w:after="0" w:line="240" w:lineRule="auto"/>
            </w:pPr>
          </w:p>
        </w:tc>
      </w:tr>
      <w:tr w:rsidR="0079432B" w14:paraId="430DC20E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427D4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Kullanım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Amacı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8D5C5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</w:t>
            </w:r>
            <w:proofErr w:type="spellStart"/>
            <w:r>
              <w:rPr>
                <w:rFonts w:eastAsia="Arial" w:cs="Arial"/>
              </w:rPr>
              <w:t>Araştırma</w:t>
            </w:r>
            <w:proofErr w:type="spellEnd"/>
            <w:r>
              <w:rPr>
                <w:rFonts w:eastAsia="Arial" w:cs="Arial"/>
              </w:rPr>
              <w:t xml:space="preserve">    ☐ Tez </w:t>
            </w:r>
            <w:proofErr w:type="spellStart"/>
            <w:r>
              <w:rPr>
                <w:rFonts w:eastAsia="Arial" w:cs="Arial"/>
              </w:rPr>
              <w:t>çalışması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Proje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Numune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hazırlama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Eğitim</w:t>
            </w:r>
            <w:proofErr w:type="spellEnd"/>
            <w:r>
              <w:rPr>
                <w:rFonts w:eastAsia="Arial" w:cs="Arial"/>
              </w:rPr>
              <w:t>/</w:t>
            </w:r>
            <w:proofErr w:type="spellStart"/>
            <w:r>
              <w:rPr>
                <w:rFonts w:eastAsia="Arial" w:cs="Arial"/>
              </w:rPr>
              <w:t>Uygulama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Diğer</w:t>
            </w:r>
            <w:proofErr w:type="spellEnd"/>
            <w:r>
              <w:rPr>
                <w:rFonts w:eastAsia="Arial" w:cs="Arial"/>
              </w:rPr>
              <w:t>: __________</w:t>
            </w:r>
          </w:p>
        </w:tc>
      </w:tr>
      <w:tr w:rsidR="0079432B" w14:paraId="220A2219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DA649D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Çalışmanın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Projenin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Adı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28020" w14:textId="77777777" w:rsidR="0079432B" w:rsidRDefault="0079432B">
            <w:pPr>
              <w:spacing w:after="0" w:line="240" w:lineRule="auto"/>
            </w:pPr>
          </w:p>
        </w:tc>
      </w:tr>
      <w:tr w:rsidR="0079432B" w14:paraId="0CC0D250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CAD4B9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Talep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Edilen</w:t>
            </w:r>
            <w:proofErr w:type="spellEnd"/>
            <w:r>
              <w:rPr>
                <w:rFonts w:eastAsia="Arial" w:cs="Arial"/>
                <w:b/>
              </w:rPr>
              <w:t xml:space="preserve"> Tarih Aralığı</w:t>
            </w:r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FAD86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</w:rPr>
              <w:t>Başlangıç</w:t>
            </w:r>
            <w:proofErr w:type="spellEnd"/>
            <w:r>
              <w:rPr>
                <w:rFonts w:eastAsia="Arial" w:cs="Arial"/>
              </w:rPr>
              <w:t xml:space="preserve">: __.__.____   </w:t>
            </w:r>
            <w:proofErr w:type="spellStart"/>
            <w:r>
              <w:rPr>
                <w:rFonts w:eastAsia="Arial" w:cs="Arial"/>
              </w:rPr>
              <w:t>Bitiş</w:t>
            </w:r>
            <w:proofErr w:type="spellEnd"/>
            <w:r>
              <w:rPr>
                <w:rFonts w:eastAsia="Arial" w:cs="Arial"/>
              </w:rPr>
              <w:t>: __.__.____</w:t>
            </w:r>
          </w:p>
        </w:tc>
      </w:tr>
      <w:tr w:rsidR="0079432B" w14:paraId="29A3904A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50F870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Gün / Saat </w:t>
            </w:r>
            <w:proofErr w:type="spellStart"/>
            <w:r>
              <w:rPr>
                <w:rFonts w:eastAsia="Arial" w:cs="Arial"/>
                <w:b/>
              </w:rPr>
              <w:t>Aralığı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7D56D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>____________________________________________</w:t>
            </w:r>
          </w:p>
        </w:tc>
      </w:tr>
      <w:tr w:rsidR="0079432B" w14:paraId="34EDED63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32A9F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Tahmini</w:t>
            </w:r>
            <w:proofErr w:type="spellEnd"/>
            <w:r>
              <w:rPr>
                <w:rFonts w:eastAsia="Arial" w:cs="Arial"/>
                <w:b/>
              </w:rPr>
              <w:t xml:space="preserve"> Toplam </w:t>
            </w:r>
            <w:proofErr w:type="spellStart"/>
            <w:r>
              <w:rPr>
                <w:rFonts w:eastAsia="Arial" w:cs="Arial"/>
                <w:b/>
              </w:rPr>
              <w:t>Kullanım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Süresi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6D107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________ </w:t>
            </w:r>
            <w:proofErr w:type="spellStart"/>
            <w:r>
              <w:rPr>
                <w:rFonts w:eastAsia="Arial" w:cs="Arial"/>
              </w:rPr>
              <w:t>saat</w:t>
            </w:r>
            <w:proofErr w:type="spellEnd"/>
            <w:r>
              <w:rPr>
                <w:rFonts w:eastAsia="Arial" w:cs="Arial"/>
              </w:rPr>
              <w:t xml:space="preserve"> / ________ </w:t>
            </w:r>
            <w:proofErr w:type="spellStart"/>
            <w:r>
              <w:rPr>
                <w:rFonts w:eastAsia="Arial" w:cs="Arial"/>
              </w:rPr>
              <w:t>gün</w:t>
            </w:r>
            <w:proofErr w:type="spellEnd"/>
          </w:p>
        </w:tc>
      </w:tr>
      <w:tr w:rsidR="0079432B" w14:paraId="349E9F4F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B8B267" w14:textId="468DC475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Laboratuvarı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Kullanacak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Kişi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Sayısı</w:t>
            </w:r>
            <w:proofErr w:type="spellEnd"/>
            <w:r w:rsidR="0086463E">
              <w:rPr>
                <w:rFonts w:eastAsia="Arial" w:cs="Arial"/>
                <w:b/>
              </w:rPr>
              <w:t xml:space="preserve">- </w:t>
            </w:r>
            <w:proofErr w:type="spellStart"/>
            <w:r w:rsidR="0086463E">
              <w:rPr>
                <w:rFonts w:eastAsia="Arial" w:cs="Arial"/>
                <w:b/>
              </w:rPr>
              <w:t>Adı</w:t>
            </w:r>
            <w:proofErr w:type="spellEnd"/>
            <w:r w:rsidR="0086463E">
              <w:rPr>
                <w:rFonts w:eastAsia="Arial" w:cs="Arial"/>
                <w:b/>
              </w:rPr>
              <w:t xml:space="preserve"> </w:t>
            </w:r>
            <w:proofErr w:type="spellStart"/>
            <w:r w:rsidR="0086463E">
              <w:rPr>
                <w:rFonts w:eastAsia="Arial" w:cs="Arial"/>
                <w:b/>
              </w:rPr>
              <w:t>Soyadı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B5B535" w14:textId="77777777" w:rsidR="0079432B" w:rsidRDefault="002E4245">
            <w:pPr>
              <w:spacing w:after="0" w:line="24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________ </w:t>
            </w:r>
            <w:proofErr w:type="spellStart"/>
            <w:r>
              <w:rPr>
                <w:rFonts w:eastAsia="Arial" w:cs="Arial"/>
              </w:rPr>
              <w:t>kişi</w:t>
            </w:r>
            <w:proofErr w:type="spellEnd"/>
          </w:p>
          <w:p w14:paraId="67880C56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797D4EBD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3280419A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16A0DF2E" w14:textId="77777777" w:rsidR="00D5039F" w:rsidRDefault="00D5039F">
            <w:pPr>
              <w:spacing w:after="0" w:line="240" w:lineRule="auto"/>
            </w:pPr>
          </w:p>
        </w:tc>
      </w:tr>
      <w:tr w:rsidR="0079432B" w14:paraId="2478FEB1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26AFF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Talep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Edilen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Cihaz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Altyapı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Çalışma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Alanı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C56ACE" w14:textId="759526A7" w:rsidR="0079432B" w:rsidRDefault="002E4245">
            <w:pPr>
              <w:spacing w:after="0" w:line="24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Varsa </w:t>
            </w:r>
            <w:proofErr w:type="spellStart"/>
            <w:r>
              <w:rPr>
                <w:rFonts w:eastAsia="Arial" w:cs="Arial"/>
              </w:rPr>
              <w:t>belirtiniz</w:t>
            </w:r>
            <w:proofErr w:type="spellEnd"/>
            <w:r>
              <w:rPr>
                <w:rFonts w:eastAsia="Arial" w:cs="Arial"/>
              </w:rPr>
              <w:t xml:space="preserve">: </w:t>
            </w:r>
          </w:p>
          <w:p w14:paraId="165EF5C5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33DD4E95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7D670E1B" w14:textId="77777777" w:rsidR="00D5039F" w:rsidRDefault="00D5039F">
            <w:pPr>
              <w:spacing w:after="0" w:line="240" w:lineRule="auto"/>
              <w:rPr>
                <w:rFonts w:eastAsia="Arial" w:cs="Arial"/>
              </w:rPr>
            </w:pPr>
          </w:p>
          <w:p w14:paraId="44EE85E8" w14:textId="77777777" w:rsidR="0086463E" w:rsidRDefault="0086463E">
            <w:pPr>
              <w:spacing w:after="0" w:line="240" w:lineRule="auto"/>
              <w:rPr>
                <w:rFonts w:eastAsia="Arial" w:cs="Arial"/>
              </w:rPr>
            </w:pPr>
          </w:p>
          <w:p w14:paraId="28DF958D" w14:textId="77777777" w:rsidR="00D5039F" w:rsidRDefault="00D5039F">
            <w:pPr>
              <w:spacing w:after="0" w:line="240" w:lineRule="auto"/>
            </w:pPr>
          </w:p>
        </w:tc>
      </w:tr>
      <w:tr w:rsidR="0079432B" w14:paraId="7ECC786D" w14:textId="77777777">
        <w:trPr>
          <w:cantSplit/>
          <w:trHeight w:val="765"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CF962E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Çalışmanın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Kısa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Açıklaması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55FD65" w14:textId="77777777" w:rsidR="0079432B" w:rsidRDefault="0079432B">
            <w:pPr>
              <w:spacing w:after="0" w:line="240" w:lineRule="auto"/>
            </w:pPr>
          </w:p>
          <w:p w14:paraId="362E0AFD" w14:textId="77777777" w:rsidR="00D5039F" w:rsidRDefault="00D5039F">
            <w:pPr>
              <w:spacing w:after="0" w:line="240" w:lineRule="auto"/>
            </w:pPr>
          </w:p>
          <w:p w14:paraId="03EEBE99" w14:textId="77777777" w:rsidR="00D5039F" w:rsidRDefault="00D5039F">
            <w:pPr>
              <w:spacing w:after="0" w:line="240" w:lineRule="auto"/>
            </w:pPr>
          </w:p>
          <w:p w14:paraId="5A9D07C2" w14:textId="77777777" w:rsidR="00D5039F" w:rsidRDefault="00D5039F">
            <w:pPr>
              <w:spacing w:after="0" w:line="240" w:lineRule="auto"/>
            </w:pPr>
          </w:p>
          <w:p w14:paraId="7D0D43AA" w14:textId="77777777" w:rsidR="0086463E" w:rsidRDefault="0086463E">
            <w:pPr>
              <w:spacing w:after="0" w:line="240" w:lineRule="auto"/>
            </w:pPr>
          </w:p>
          <w:p w14:paraId="46C1404C" w14:textId="77777777" w:rsidR="00D5039F" w:rsidRDefault="00D5039F">
            <w:pPr>
              <w:spacing w:after="0" w:line="240" w:lineRule="auto"/>
            </w:pPr>
          </w:p>
        </w:tc>
      </w:tr>
      <w:tr w:rsidR="0079432B" w14:paraId="7F006921" w14:textId="77777777">
        <w:trPr>
          <w:cantSplit/>
          <w:trHeight w:val="652"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4DF1E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Laboratuvara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Getirilecek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Numune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Malzeme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Kimyasal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704A6" w14:textId="77777777" w:rsidR="0079432B" w:rsidRDefault="0079432B">
            <w:pPr>
              <w:spacing w:after="0" w:line="240" w:lineRule="auto"/>
            </w:pPr>
          </w:p>
          <w:p w14:paraId="0D8E1C51" w14:textId="77777777" w:rsidR="00D5039F" w:rsidRDefault="00D5039F">
            <w:pPr>
              <w:spacing w:after="0" w:line="240" w:lineRule="auto"/>
            </w:pPr>
          </w:p>
          <w:p w14:paraId="18780FBA" w14:textId="77777777" w:rsidR="00D5039F" w:rsidRDefault="00D5039F">
            <w:pPr>
              <w:spacing w:after="0" w:line="240" w:lineRule="auto"/>
            </w:pPr>
          </w:p>
          <w:p w14:paraId="0BDA6AAB" w14:textId="77777777" w:rsidR="00D5039F" w:rsidRDefault="00D5039F">
            <w:pPr>
              <w:spacing w:after="0" w:line="240" w:lineRule="auto"/>
            </w:pPr>
          </w:p>
          <w:p w14:paraId="4EB38E26" w14:textId="77777777" w:rsidR="00D5039F" w:rsidRDefault="00D5039F">
            <w:pPr>
              <w:spacing w:after="0" w:line="240" w:lineRule="auto"/>
            </w:pPr>
          </w:p>
          <w:p w14:paraId="7E09CBF9" w14:textId="77777777" w:rsidR="00D5039F" w:rsidRDefault="00D5039F">
            <w:pPr>
              <w:spacing w:after="0" w:line="240" w:lineRule="auto"/>
            </w:pPr>
          </w:p>
          <w:p w14:paraId="58603C91" w14:textId="77777777" w:rsidR="00D5039F" w:rsidRDefault="00D5039F">
            <w:pPr>
              <w:spacing w:after="0" w:line="240" w:lineRule="auto"/>
            </w:pPr>
          </w:p>
        </w:tc>
      </w:tr>
      <w:tr w:rsidR="0079432B" w14:paraId="747F5A03" w14:textId="77777777">
        <w:trPr>
          <w:cantSplit/>
          <w:jc w:val="center"/>
        </w:trPr>
        <w:tc>
          <w:tcPr>
            <w:tcW w:w="105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E0AC1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lastRenderedPageBreak/>
              <w:t>C. İŞ SAĞLIĞI, GÜVENLİK VE ATIK BİLGİLERİ</w:t>
            </w:r>
          </w:p>
        </w:tc>
      </w:tr>
      <w:tr w:rsidR="0079432B" w14:paraId="5E8A9DA6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D255E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Riskli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İşlem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Tehlikeli</w:t>
            </w:r>
            <w:proofErr w:type="spellEnd"/>
            <w:r>
              <w:rPr>
                <w:rFonts w:eastAsia="Arial" w:cs="Arial"/>
                <w:b/>
              </w:rPr>
              <w:t xml:space="preserve"> Madde </w:t>
            </w:r>
            <w:proofErr w:type="spellStart"/>
            <w:r>
              <w:rPr>
                <w:rFonts w:eastAsia="Arial" w:cs="Arial"/>
                <w:b/>
              </w:rPr>
              <w:t>Kullanımı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7F5FCB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Yok    ☐ Var  → </w:t>
            </w:r>
            <w:proofErr w:type="spellStart"/>
            <w:r>
              <w:rPr>
                <w:rFonts w:eastAsia="Arial" w:cs="Arial"/>
              </w:rPr>
              <w:t>Açıklama</w:t>
            </w:r>
            <w:proofErr w:type="spellEnd"/>
            <w:r>
              <w:rPr>
                <w:rFonts w:eastAsia="Arial" w:cs="Arial"/>
              </w:rPr>
              <w:t>: __________________________________________</w:t>
            </w:r>
          </w:p>
        </w:tc>
      </w:tr>
      <w:tr w:rsidR="0079432B" w14:paraId="156AD259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EDE46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Oluşabilecek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Atık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Türü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1C54C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Yok    ☐ </w:t>
            </w:r>
            <w:proofErr w:type="spellStart"/>
            <w:r>
              <w:rPr>
                <w:rFonts w:eastAsia="Arial" w:cs="Arial"/>
              </w:rPr>
              <w:t>Kimyasal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Biyolojik</w:t>
            </w:r>
            <w:proofErr w:type="spellEnd"/>
            <w:r>
              <w:rPr>
                <w:rFonts w:eastAsia="Arial" w:cs="Arial"/>
              </w:rPr>
              <w:t xml:space="preserve">    ☐ Kesici-</w:t>
            </w:r>
            <w:proofErr w:type="spellStart"/>
            <w:r>
              <w:rPr>
                <w:rFonts w:eastAsia="Arial" w:cs="Arial"/>
              </w:rPr>
              <w:t>delici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Diğer</w:t>
            </w:r>
            <w:proofErr w:type="spellEnd"/>
            <w:r>
              <w:rPr>
                <w:rFonts w:eastAsia="Arial" w:cs="Arial"/>
              </w:rPr>
              <w:t>: __________</w:t>
            </w:r>
          </w:p>
        </w:tc>
      </w:tr>
      <w:tr w:rsidR="0079432B" w14:paraId="6AD66663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45CBA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Özel Koruyucu </w:t>
            </w:r>
            <w:proofErr w:type="spellStart"/>
            <w:r>
              <w:rPr>
                <w:rFonts w:eastAsia="Arial" w:cs="Arial"/>
                <w:b/>
              </w:rPr>
              <w:t>Donanım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Gereksinimi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360E7C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>☐ Yok    ☐ Var  → _________________________________________________</w:t>
            </w:r>
          </w:p>
        </w:tc>
      </w:tr>
      <w:tr w:rsidR="0079432B" w14:paraId="70F78960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2DEC6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Özel </w:t>
            </w:r>
            <w:proofErr w:type="spellStart"/>
            <w:r>
              <w:rPr>
                <w:rFonts w:eastAsia="Arial" w:cs="Arial"/>
                <w:b/>
              </w:rPr>
              <w:t>Saklama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Havalandırma</w:t>
            </w:r>
            <w:proofErr w:type="spellEnd"/>
            <w:r>
              <w:rPr>
                <w:rFonts w:eastAsia="Arial" w:cs="Arial"/>
                <w:b/>
              </w:rPr>
              <w:t xml:space="preserve"> / Enerji </w:t>
            </w:r>
            <w:proofErr w:type="spellStart"/>
            <w:r>
              <w:rPr>
                <w:rFonts w:eastAsia="Arial" w:cs="Arial"/>
                <w:b/>
              </w:rPr>
              <w:t>Gereksinimi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920AE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>☐ Yok    ☐ Var  → _________________________________________________</w:t>
            </w:r>
          </w:p>
        </w:tc>
      </w:tr>
    </w:tbl>
    <w:p w14:paraId="2D8DA084" w14:textId="1B78A64C" w:rsidR="0079432B" w:rsidRDefault="0079432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16"/>
      </w:tblGrid>
      <w:tr w:rsidR="0079432B" w14:paraId="7DCBE21E" w14:textId="77777777" w:rsidTr="006B1F16">
        <w:trPr>
          <w:cantSplit/>
          <w:jc w:val="center"/>
        </w:trPr>
        <w:tc>
          <w:tcPr>
            <w:tcW w:w="106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</w:tcPr>
          <w:p w14:paraId="2D53AACA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>D. BAŞVURU SAHİBİ BEYANI VE TAAHHÜDÜ</w:t>
            </w:r>
          </w:p>
        </w:tc>
      </w:tr>
      <w:tr w:rsidR="0079432B" w14:paraId="72036E76" w14:textId="77777777" w:rsidTr="006B1F16">
        <w:trPr>
          <w:cantSplit/>
          <w:jc w:val="center"/>
        </w:trPr>
        <w:tc>
          <w:tcPr>
            <w:tcW w:w="106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E97D5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kullanımım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süresince</w:t>
            </w:r>
            <w:proofErr w:type="spellEnd"/>
            <w:r>
              <w:rPr>
                <w:rFonts w:eastAsia="Arial" w:cs="Arial"/>
                <w:sz w:val="16"/>
              </w:rPr>
              <w:t xml:space="preserve"> HÜBTAM </w:t>
            </w: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kurallarına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iş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sağlığı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güvenliği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talimatlarına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cihaz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kullanım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talimatlarına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sorumlusunun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yönlendirmelerine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uyacağımı</w:t>
            </w:r>
            <w:proofErr w:type="spellEnd"/>
            <w:r>
              <w:rPr>
                <w:rFonts w:eastAsia="Arial" w:cs="Arial"/>
                <w:sz w:val="16"/>
              </w:rPr>
              <w:t xml:space="preserve">; </w:t>
            </w:r>
            <w:proofErr w:type="spellStart"/>
            <w:r>
              <w:rPr>
                <w:rFonts w:eastAsia="Arial" w:cs="Arial"/>
                <w:sz w:val="16"/>
              </w:rPr>
              <w:t>yetkisiz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cihaz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veya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altyapıyı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kullanmayacağımı</w:t>
            </w:r>
            <w:proofErr w:type="spellEnd"/>
            <w:r>
              <w:rPr>
                <w:rFonts w:eastAsia="Arial" w:cs="Arial"/>
                <w:sz w:val="16"/>
              </w:rPr>
              <w:t xml:space="preserve">; </w:t>
            </w:r>
            <w:proofErr w:type="spellStart"/>
            <w:r>
              <w:rPr>
                <w:rFonts w:eastAsia="Arial" w:cs="Arial"/>
                <w:sz w:val="16"/>
              </w:rPr>
              <w:t>kullandığım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alanı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temiz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düzenli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bırakacağımı</w:t>
            </w:r>
            <w:proofErr w:type="spellEnd"/>
            <w:r>
              <w:rPr>
                <w:rFonts w:eastAsia="Arial" w:cs="Arial"/>
                <w:sz w:val="16"/>
              </w:rPr>
              <w:t xml:space="preserve">; </w:t>
            </w:r>
            <w:proofErr w:type="spellStart"/>
            <w:r>
              <w:rPr>
                <w:rFonts w:eastAsia="Arial" w:cs="Arial"/>
                <w:sz w:val="16"/>
              </w:rPr>
              <w:t>oluşan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atıkları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ilgili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kurallara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uygun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şekilde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yöneteceğimi</w:t>
            </w:r>
            <w:proofErr w:type="spellEnd"/>
            <w:r>
              <w:rPr>
                <w:rFonts w:eastAsia="Arial" w:cs="Arial"/>
                <w:sz w:val="16"/>
              </w:rPr>
              <w:t xml:space="preserve">; </w:t>
            </w:r>
            <w:proofErr w:type="spellStart"/>
            <w:r>
              <w:rPr>
                <w:rFonts w:eastAsia="Arial" w:cs="Arial"/>
                <w:sz w:val="16"/>
              </w:rPr>
              <w:t>meydana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gelebilecek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arıza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hasar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dökülme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kaza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veya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uygunsuzluğu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derhâl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sorumlusuna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bildireceğimi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kabul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ve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taahhüt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ederim</w:t>
            </w:r>
            <w:proofErr w:type="spellEnd"/>
            <w:r>
              <w:rPr>
                <w:rFonts w:eastAsia="Arial" w:cs="Arial"/>
                <w:sz w:val="16"/>
              </w:rPr>
              <w:t xml:space="preserve">. HÜBTAM </w:t>
            </w:r>
            <w:proofErr w:type="spellStart"/>
            <w:r>
              <w:rPr>
                <w:rFonts w:eastAsia="Arial" w:cs="Arial"/>
                <w:sz w:val="16"/>
              </w:rPr>
              <w:t>tarafından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analiz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hizmeti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sunulmadığını</w:t>
            </w:r>
            <w:proofErr w:type="spellEnd"/>
            <w:r>
              <w:rPr>
                <w:rFonts w:eastAsia="Arial" w:cs="Arial"/>
                <w:sz w:val="16"/>
              </w:rPr>
              <w:t xml:space="preserve">, </w:t>
            </w:r>
            <w:proofErr w:type="spellStart"/>
            <w:r>
              <w:rPr>
                <w:rFonts w:eastAsia="Arial" w:cs="Arial"/>
                <w:sz w:val="16"/>
              </w:rPr>
              <w:t>bu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talebin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yalnızca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fiziki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laboratuvar</w:t>
            </w:r>
            <w:proofErr w:type="spellEnd"/>
            <w:r>
              <w:rPr>
                <w:rFonts w:eastAsia="Arial" w:cs="Arial"/>
                <w:sz w:val="16"/>
              </w:rPr>
              <w:t>/</w:t>
            </w:r>
            <w:proofErr w:type="spellStart"/>
            <w:r>
              <w:rPr>
                <w:rFonts w:eastAsia="Arial" w:cs="Arial"/>
                <w:sz w:val="16"/>
              </w:rPr>
              <w:t>altyapı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kullanımına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ilişkin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olduğunu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biliyorum</w:t>
            </w:r>
            <w:proofErr w:type="spellEnd"/>
            <w:r>
              <w:rPr>
                <w:rFonts w:eastAsia="Arial" w:cs="Arial"/>
                <w:sz w:val="16"/>
              </w:rPr>
              <w:t>.</w:t>
            </w:r>
          </w:p>
        </w:tc>
      </w:tr>
      <w:tr w:rsidR="0079432B" w14:paraId="231C0998" w14:textId="77777777" w:rsidTr="006B1F16">
        <w:trPr>
          <w:cantSplit/>
          <w:jc w:val="center"/>
        </w:trPr>
        <w:tc>
          <w:tcPr>
            <w:tcW w:w="106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E0BF59C" w14:textId="77777777" w:rsidR="0086463E" w:rsidRDefault="0086463E">
            <w:pPr>
              <w:spacing w:after="0" w:line="240" w:lineRule="auto"/>
              <w:rPr>
                <w:rFonts w:eastAsia="Arial" w:cs="Arial"/>
              </w:rPr>
            </w:pPr>
          </w:p>
          <w:p w14:paraId="64F6302D" w14:textId="77777777" w:rsidR="006B1F16" w:rsidRDefault="006B1F16">
            <w:pPr>
              <w:spacing w:after="0" w:line="240" w:lineRule="auto"/>
              <w:rPr>
                <w:rFonts w:eastAsia="Arial" w:cs="Arial"/>
              </w:rPr>
            </w:pPr>
          </w:p>
          <w:p w14:paraId="389259ED" w14:textId="5DAC80A4" w:rsidR="006B1F16" w:rsidRDefault="002E4245">
            <w:pPr>
              <w:spacing w:after="0" w:line="24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Tarih: __.__.____                                  </w:t>
            </w:r>
            <w:proofErr w:type="spellStart"/>
            <w:r>
              <w:rPr>
                <w:rFonts w:eastAsia="Arial" w:cs="Arial"/>
              </w:rPr>
              <w:t>Başvuru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Sahibi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Adı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Soyadı</w:t>
            </w:r>
            <w:proofErr w:type="spellEnd"/>
            <w:r>
              <w:rPr>
                <w:rFonts w:eastAsia="Arial" w:cs="Arial"/>
              </w:rPr>
              <w:t xml:space="preserve"> / </w:t>
            </w:r>
            <w:proofErr w:type="spellStart"/>
            <w:r>
              <w:rPr>
                <w:rFonts w:eastAsia="Arial" w:cs="Arial"/>
              </w:rPr>
              <w:t>İmza</w:t>
            </w:r>
            <w:proofErr w:type="spellEnd"/>
            <w:r>
              <w:rPr>
                <w:rFonts w:eastAsia="Arial" w:cs="Arial"/>
              </w:rPr>
              <w:t>: ______________________________</w:t>
            </w:r>
          </w:p>
          <w:p w14:paraId="08B1ABE4" w14:textId="6FAE5551" w:rsidR="006B1F16" w:rsidRDefault="006B1F16">
            <w:pPr>
              <w:spacing w:after="0" w:line="240" w:lineRule="auto"/>
            </w:pPr>
          </w:p>
        </w:tc>
      </w:tr>
    </w:tbl>
    <w:p w14:paraId="05A8D5CD" w14:textId="77777777" w:rsidR="0079432B" w:rsidRDefault="0079432B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597"/>
      </w:tblGrid>
      <w:tr w:rsidR="0079432B" w14:paraId="6FCB7F60" w14:textId="77777777">
        <w:trPr>
          <w:cantSplit/>
          <w:jc w:val="center"/>
        </w:trPr>
        <w:tc>
          <w:tcPr>
            <w:tcW w:w="1054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EAD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EDB2F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>E. HÜBTAM TARAFINDAN YAPILACAK DEĞERLENDİRME</w:t>
            </w:r>
          </w:p>
        </w:tc>
      </w:tr>
      <w:tr w:rsidR="0079432B" w14:paraId="72321E23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275E4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Laboratuvar</w:t>
            </w:r>
            <w:proofErr w:type="spellEnd"/>
            <w:r>
              <w:rPr>
                <w:rFonts w:eastAsia="Arial" w:cs="Arial"/>
                <w:b/>
              </w:rPr>
              <w:t xml:space="preserve"> / Alan </w:t>
            </w:r>
            <w:proofErr w:type="spellStart"/>
            <w:r>
              <w:rPr>
                <w:rFonts w:eastAsia="Arial" w:cs="Arial"/>
                <w:b/>
              </w:rPr>
              <w:t>Uygunluğu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D19AF2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Uygun    ☐ Uygun </w:t>
            </w:r>
            <w:proofErr w:type="spellStart"/>
            <w:r>
              <w:rPr>
                <w:rFonts w:eastAsia="Arial" w:cs="Arial"/>
              </w:rPr>
              <w:t>Değil</w:t>
            </w:r>
            <w:proofErr w:type="spellEnd"/>
          </w:p>
        </w:tc>
      </w:tr>
      <w:tr w:rsidR="0079432B" w14:paraId="2ECB390B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BB17F5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Talep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Edilen</w:t>
            </w:r>
            <w:proofErr w:type="spellEnd"/>
            <w:r>
              <w:rPr>
                <w:rFonts w:eastAsia="Arial" w:cs="Arial"/>
                <w:b/>
              </w:rPr>
              <w:t xml:space="preserve"> Tarih / Saat </w:t>
            </w:r>
            <w:proofErr w:type="spellStart"/>
            <w:r>
              <w:rPr>
                <w:rFonts w:eastAsia="Arial" w:cs="Arial"/>
                <w:b/>
              </w:rPr>
              <w:t>Uygunluğu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2D391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Uygun    ☐ </w:t>
            </w:r>
            <w:proofErr w:type="spellStart"/>
            <w:r>
              <w:rPr>
                <w:rFonts w:eastAsia="Arial" w:cs="Arial"/>
              </w:rPr>
              <w:t>Revize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Edilmeli</w:t>
            </w:r>
            <w:proofErr w:type="spellEnd"/>
          </w:p>
        </w:tc>
      </w:tr>
      <w:tr w:rsidR="0079432B" w14:paraId="579A2E7C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82CE5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Teknik / </w:t>
            </w:r>
            <w:proofErr w:type="spellStart"/>
            <w:r>
              <w:rPr>
                <w:rFonts w:eastAsia="Arial" w:cs="Arial"/>
                <w:b/>
              </w:rPr>
              <w:t>Güvenlik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Açısından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Uygunluk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BF151F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Uygun    ☐ </w:t>
            </w:r>
            <w:proofErr w:type="spellStart"/>
            <w:r>
              <w:rPr>
                <w:rFonts w:eastAsia="Arial" w:cs="Arial"/>
              </w:rPr>
              <w:t>Koşullu</w:t>
            </w:r>
            <w:proofErr w:type="spellEnd"/>
            <w:r>
              <w:rPr>
                <w:rFonts w:eastAsia="Arial" w:cs="Arial"/>
              </w:rPr>
              <w:t xml:space="preserve"> Uygun    ☐ Uygun </w:t>
            </w:r>
            <w:proofErr w:type="spellStart"/>
            <w:r>
              <w:rPr>
                <w:rFonts w:eastAsia="Arial" w:cs="Arial"/>
              </w:rPr>
              <w:t>Değil</w:t>
            </w:r>
            <w:proofErr w:type="spellEnd"/>
          </w:p>
        </w:tc>
      </w:tr>
      <w:tr w:rsidR="0079432B" w14:paraId="1BEE530B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63E49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Zorunlu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Oryantasyon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Eğitim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05E4C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</w:t>
            </w:r>
            <w:proofErr w:type="spellStart"/>
            <w:r>
              <w:rPr>
                <w:rFonts w:eastAsia="Arial" w:cs="Arial"/>
              </w:rPr>
              <w:t>Gerekmiyor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Gerekli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ve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tamamlandı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Gerekli</w:t>
            </w:r>
            <w:proofErr w:type="spellEnd"/>
            <w:r>
              <w:rPr>
                <w:rFonts w:eastAsia="Arial" w:cs="Arial"/>
              </w:rPr>
              <w:t xml:space="preserve">, </w:t>
            </w:r>
            <w:proofErr w:type="spellStart"/>
            <w:r>
              <w:rPr>
                <w:rFonts w:eastAsia="Arial" w:cs="Arial"/>
              </w:rPr>
              <w:t>tamamlanması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bekleniyor</w:t>
            </w:r>
            <w:proofErr w:type="spellEnd"/>
          </w:p>
        </w:tc>
      </w:tr>
      <w:tr w:rsidR="0079432B" w14:paraId="29076871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F480C6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Ücretlendirme</w:t>
            </w:r>
            <w:proofErr w:type="spellEnd"/>
            <w:r>
              <w:rPr>
                <w:rFonts w:eastAsia="Arial" w:cs="Arial"/>
                <w:b/>
              </w:rPr>
              <w:t xml:space="preserve"> Durumu</w:t>
            </w:r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CF31C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</w:t>
            </w:r>
            <w:proofErr w:type="spellStart"/>
            <w:r>
              <w:rPr>
                <w:rFonts w:eastAsia="Arial" w:cs="Arial"/>
              </w:rPr>
              <w:t>Ücretsiz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Ücretli</w:t>
            </w:r>
            <w:proofErr w:type="spellEnd"/>
            <w:r>
              <w:rPr>
                <w:rFonts w:eastAsia="Arial" w:cs="Arial"/>
              </w:rPr>
              <w:t xml:space="preserve">    Tutar: __________ TL</w:t>
            </w:r>
          </w:p>
        </w:tc>
      </w:tr>
      <w:tr w:rsidR="0079432B" w14:paraId="1AE6CCA7" w14:textId="77777777">
        <w:trPr>
          <w:cantSplit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E86C7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  <w:b/>
              </w:rPr>
              <w:t xml:space="preserve">Fatura / </w:t>
            </w:r>
            <w:proofErr w:type="spellStart"/>
            <w:r>
              <w:rPr>
                <w:rFonts w:eastAsia="Arial" w:cs="Arial"/>
                <w:b/>
              </w:rPr>
              <w:t>Ödeme</w:t>
            </w:r>
            <w:proofErr w:type="spellEnd"/>
            <w:r>
              <w:rPr>
                <w:rFonts w:eastAsia="Arial" w:cs="Arial"/>
                <w:b/>
              </w:rPr>
              <w:t xml:space="preserve"> Durumu</w:t>
            </w:r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53DF6" w14:textId="77777777" w:rsidR="0079432B" w:rsidRDefault="002E4245">
            <w:pPr>
              <w:spacing w:after="0" w:line="240" w:lineRule="auto"/>
            </w:pPr>
            <w:r>
              <w:rPr>
                <w:rFonts w:eastAsia="Arial" w:cs="Arial"/>
              </w:rPr>
              <w:t xml:space="preserve">☐ </w:t>
            </w:r>
            <w:proofErr w:type="spellStart"/>
            <w:r>
              <w:rPr>
                <w:rFonts w:eastAsia="Arial" w:cs="Arial"/>
              </w:rPr>
              <w:t>Uygulanmaz</w:t>
            </w:r>
            <w:proofErr w:type="spellEnd"/>
            <w:r>
              <w:rPr>
                <w:rFonts w:eastAsia="Arial" w:cs="Arial"/>
              </w:rPr>
              <w:t xml:space="preserve">    ☐ Fatura </w:t>
            </w:r>
            <w:proofErr w:type="spellStart"/>
            <w:r>
              <w:rPr>
                <w:rFonts w:eastAsia="Arial" w:cs="Arial"/>
              </w:rPr>
              <w:t>düzenlendi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Dekont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teslim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edildi</w:t>
            </w:r>
            <w:proofErr w:type="spellEnd"/>
            <w:r>
              <w:rPr>
                <w:rFonts w:eastAsia="Arial" w:cs="Arial"/>
              </w:rPr>
              <w:t xml:space="preserve">    ☐ </w:t>
            </w:r>
            <w:proofErr w:type="spellStart"/>
            <w:r>
              <w:rPr>
                <w:rFonts w:eastAsia="Arial" w:cs="Arial"/>
              </w:rPr>
              <w:t>İşlem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bekleniyor</w:t>
            </w:r>
            <w:proofErr w:type="spellEnd"/>
          </w:p>
        </w:tc>
      </w:tr>
      <w:tr w:rsidR="0079432B" w14:paraId="26BA3FB7" w14:textId="77777777">
        <w:trPr>
          <w:cantSplit/>
          <w:trHeight w:val="737"/>
          <w:jc w:val="center"/>
        </w:trPr>
        <w:tc>
          <w:tcPr>
            <w:tcW w:w="29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5E4AF" w14:textId="77777777" w:rsidR="0079432B" w:rsidRDefault="002E4245">
            <w:pPr>
              <w:spacing w:after="0" w:line="240" w:lineRule="auto"/>
            </w:pPr>
            <w:proofErr w:type="spellStart"/>
            <w:r>
              <w:rPr>
                <w:rFonts w:eastAsia="Arial" w:cs="Arial"/>
                <w:b/>
              </w:rPr>
              <w:t>Değerlendirme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Notu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Kullanım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Koşulları</w:t>
            </w:r>
            <w:proofErr w:type="spellEnd"/>
          </w:p>
        </w:tc>
        <w:tc>
          <w:tcPr>
            <w:tcW w:w="75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2C206" w14:textId="77777777" w:rsidR="0079432B" w:rsidRDefault="0079432B">
            <w:pPr>
              <w:spacing w:after="0" w:line="240" w:lineRule="auto"/>
            </w:pPr>
          </w:p>
        </w:tc>
      </w:tr>
    </w:tbl>
    <w:p w14:paraId="522B19A9" w14:textId="77777777" w:rsidR="0079432B" w:rsidRDefault="0079432B">
      <w:pPr>
        <w:spacing w:after="80"/>
      </w:pPr>
    </w:p>
    <w:tbl>
      <w:tblPr>
        <w:tblW w:w="10639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5966"/>
      </w:tblGrid>
      <w:tr w:rsidR="0086463E" w14:paraId="2D213486" w14:textId="77777777" w:rsidTr="0086463E">
        <w:trPr>
          <w:cantSplit/>
          <w:jc w:val="center"/>
        </w:trPr>
        <w:tc>
          <w:tcPr>
            <w:tcW w:w="467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A843B7D" w14:textId="77777777" w:rsidR="0086463E" w:rsidRDefault="0086463E">
            <w:pPr>
              <w:spacing w:after="0" w:line="240" w:lineRule="auto"/>
              <w:jc w:val="center"/>
            </w:pPr>
            <w:proofErr w:type="spellStart"/>
            <w:r>
              <w:rPr>
                <w:rFonts w:eastAsia="Arial" w:cs="Arial"/>
                <w:b/>
              </w:rPr>
              <w:t>Laboratuvar</w:t>
            </w:r>
            <w:proofErr w:type="spellEnd"/>
            <w:r>
              <w:rPr>
                <w:rFonts w:eastAsia="Arial" w:cs="Arial"/>
                <w:b/>
              </w:rPr>
              <w:t xml:space="preserve"> </w:t>
            </w:r>
            <w:proofErr w:type="spellStart"/>
            <w:r>
              <w:rPr>
                <w:rFonts w:eastAsia="Arial" w:cs="Arial"/>
                <w:b/>
              </w:rPr>
              <w:t>Sorumlusu</w:t>
            </w:r>
            <w:proofErr w:type="spellEnd"/>
          </w:p>
        </w:tc>
        <w:tc>
          <w:tcPr>
            <w:tcW w:w="59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959FD2" w14:textId="77777777" w:rsidR="0086463E" w:rsidRDefault="0086463E">
            <w:pPr>
              <w:spacing w:after="0" w:line="240" w:lineRule="auto"/>
              <w:jc w:val="center"/>
            </w:pPr>
            <w:r>
              <w:rPr>
                <w:rFonts w:eastAsia="Arial" w:cs="Arial"/>
                <w:b/>
              </w:rPr>
              <w:t xml:space="preserve">HÜBTAM </w:t>
            </w:r>
            <w:proofErr w:type="spellStart"/>
            <w:r>
              <w:rPr>
                <w:rFonts w:eastAsia="Arial" w:cs="Arial"/>
                <w:b/>
              </w:rPr>
              <w:t>Müdürü</w:t>
            </w:r>
            <w:proofErr w:type="spellEnd"/>
            <w:r>
              <w:rPr>
                <w:rFonts w:eastAsia="Arial" w:cs="Arial"/>
                <w:b/>
              </w:rPr>
              <w:t xml:space="preserve"> / </w:t>
            </w:r>
            <w:proofErr w:type="spellStart"/>
            <w:r>
              <w:rPr>
                <w:rFonts w:eastAsia="Arial" w:cs="Arial"/>
                <w:b/>
              </w:rPr>
              <w:t>Yetkili</w:t>
            </w:r>
            <w:proofErr w:type="spellEnd"/>
          </w:p>
        </w:tc>
      </w:tr>
      <w:tr w:rsidR="0086463E" w14:paraId="6DB7553F" w14:textId="77777777" w:rsidTr="0086463E">
        <w:trPr>
          <w:cantSplit/>
          <w:jc w:val="center"/>
        </w:trPr>
        <w:tc>
          <w:tcPr>
            <w:tcW w:w="467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DE8CE78" w14:textId="77777777" w:rsidR="0086463E" w:rsidRDefault="0086463E">
            <w:pPr>
              <w:spacing w:after="0" w:line="240" w:lineRule="auto"/>
              <w:jc w:val="center"/>
            </w:pPr>
            <w:r>
              <w:rPr>
                <w:rFonts w:eastAsia="Arial" w:cs="Arial"/>
                <w:sz w:val="16"/>
              </w:rPr>
              <w:t xml:space="preserve">☐ Uygun   ☐ Uygun </w:t>
            </w:r>
            <w:proofErr w:type="spellStart"/>
            <w:r>
              <w:rPr>
                <w:rFonts w:eastAsia="Arial" w:cs="Arial"/>
                <w:sz w:val="16"/>
              </w:rPr>
              <w:t>Değil</w:t>
            </w:r>
            <w:proofErr w:type="spellEnd"/>
          </w:p>
        </w:tc>
        <w:tc>
          <w:tcPr>
            <w:tcW w:w="59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C6EB234" w14:textId="77777777" w:rsidR="0086463E" w:rsidRDefault="0086463E">
            <w:pPr>
              <w:spacing w:after="0" w:line="240" w:lineRule="auto"/>
              <w:jc w:val="center"/>
            </w:pPr>
            <w:r>
              <w:rPr>
                <w:rFonts w:eastAsia="Arial" w:cs="Arial"/>
                <w:sz w:val="16"/>
              </w:rPr>
              <w:t xml:space="preserve">☐ Uygun   ☐ Uygun </w:t>
            </w:r>
            <w:proofErr w:type="spellStart"/>
            <w:r>
              <w:rPr>
                <w:rFonts w:eastAsia="Arial" w:cs="Arial"/>
                <w:sz w:val="16"/>
              </w:rPr>
              <w:t>Değil</w:t>
            </w:r>
            <w:proofErr w:type="spellEnd"/>
          </w:p>
        </w:tc>
      </w:tr>
      <w:tr w:rsidR="0086463E" w14:paraId="66110DC3" w14:textId="77777777" w:rsidTr="0086463E">
        <w:trPr>
          <w:cantSplit/>
          <w:jc w:val="center"/>
        </w:trPr>
        <w:tc>
          <w:tcPr>
            <w:tcW w:w="467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BBF077" w14:textId="77777777" w:rsidR="0086463E" w:rsidRDefault="0086463E">
            <w:pPr>
              <w:spacing w:after="0" w:line="240" w:lineRule="auto"/>
              <w:jc w:val="center"/>
              <w:rPr>
                <w:rFonts w:eastAsia="Arial" w:cs="Arial"/>
                <w:sz w:val="16"/>
              </w:rPr>
            </w:pPr>
          </w:p>
          <w:p w14:paraId="23BE006E" w14:textId="77777777" w:rsidR="0086463E" w:rsidRDefault="0086463E">
            <w:pPr>
              <w:spacing w:after="0" w:line="240" w:lineRule="auto"/>
              <w:jc w:val="center"/>
              <w:rPr>
                <w:rFonts w:eastAsia="Arial" w:cs="Arial"/>
                <w:sz w:val="16"/>
              </w:rPr>
            </w:pPr>
            <w:proofErr w:type="spellStart"/>
            <w:r>
              <w:rPr>
                <w:rFonts w:eastAsia="Arial" w:cs="Arial"/>
                <w:sz w:val="16"/>
              </w:rPr>
              <w:t>Ad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Soyad</w:t>
            </w:r>
            <w:proofErr w:type="spellEnd"/>
            <w:r>
              <w:rPr>
                <w:rFonts w:eastAsia="Arial" w:cs="Arial"/>
                <w:sz w:val="16"/>
              </w:rPr>
              <w:t>: ____________________</w:t>
            </w:r>
            <w:r>
              <w:rPr>
                <w:rFonts w:eastAsia="Arial" w:cs="Arial"/>
                <w:sz w:val="16"/>
              </w:rPr>
              <w:br/>
            </w:r>
          </w:p>
          <w:p w14:paraId="25408F6A" w14:textId="77777777" w:rsidR="0086463E" w:rsidRDefault="0086463E">
            <w:pPr>
              <w:spacing w:after="0" w:line="240" w:lineRule="auto"/>
              <w:jc w:val="center"/>
              <w:rPr>
                <w:rFonts w:eastAsia="Arial" w:cs="Arial"/>
                <w:sz w:val="16"/>
              </w:rPr>
            </w:pPr>
            <w:r>
              <w:rPr>
                <w:rFonts w:eastAsia="Arial" w:cs="Arial"/>
                <w:sz w:val="16"/>
              </w:rPr>
              <w:t>Tarih: __.__.____</w:t>
            </w:r>
            <w:r>
              <w:rPr>
                <w:rFonts w:eastAsia="Arial" w:cs="Arial"/>
                <w:sz w:val="16"/>
              </w:rPr>
              <w:br/>
            </w:r>
          </w:p>
          <w:p w14:paraId="2D4E4281" w14:textId="4B235354" w:rsidR="0086463E" w:rsidRDefault="0086463E">
            <w:pPr>
              <w:spacing w:after="0" w:line="240" w:lineRule="auto"/>
              <w:jc w:val="center"/>
            </w:pPr>
            <w:proofErr w:type="spellStart"/>
            <w:r>
              <w:rPr>
                <w:rFonts w:eastAsia="Arial" w:cs="Arial"/>
                <w:sz w:val="16"/>
              </w:rPr>
              <w:t>İmza</w:t>
            </w:r>
            <w:proofErr w:type="spellEnd"/>
            <w:r>
              <w:rPr>
                <w:rFonts w:eastAsia="Arial" w:cs="Arial"/>
                <w:sz w:val="16"/>
              </w:rPr>
              <w:t>: ________________________</w:t>
            </w:r>
          </w:p>
        </w:tc>
        <w:tc>
          <w:tcPr>
            <w:tcW w:w="596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006B9E9" w14:textId="77777777" w:rsidR="0086463E" w:rsidRDefault="0086463E">
            <w:pPr>
              <w:spacing w:after="0" w:line="240" w:lineRule="auto"/>
              <w:jc w:val="center"/>
              <w:rPr>
                <w:rFonts w:eastAsia="Arial" w:cs="Arial"/>
                <w:sz w:val="16"/>
              </w:rPr>
            </w:pPr>
            <w:proofErr w:type="spellStart"/>
            <w:r>
              <w:rPr>
                <w:rFonts w:eastAsia="Arial" w:cs="Arial"/>
                <w:sz w:val="16"/>
              </w:rPr>
              <w:t>Ad</w:t>
            </w:r>
            <w:proofErr w:type="spellEnd"/>
            <w:r>
              <w:rPr>
                <w:rFonts w:eastAsia="Arial" w:cs="Arial"/>
                <w:sz w:val="16"/>
              </w:rPr>
              <w:t xml:space="preserve"> </w:t>
            </w:r>
            <w:proofErr w:type="spellStart"/>
            <w:r>
              <w:rPr>
                <w:rFonts w:eastAsia="Arial" w:cs="Arial"/>
                <w:sz w:val="16"/>
              </w:rPr>
              <w:t>Soyad</w:t>
            </w:r>
            <w:proofErr w:type="spellEnd"/>
            <w:r>
              <w:rPr>
                <w:rFonts w:eastAsia="Arial" w:cs="Arial"/>
                <w:sz w:val="16"/>
              </w:rPr>
              <w:t>: ____________________</w:t>
            </w:r>
            <w:r>
              <w:rPr>
                <w:rFonts w:eastAsia="Arial" w:cs="Arial"/>
                <w:sz w:val="16"/>
              </w:rPr>
              <w:br/>
            </w:r>
          </w:p>
          <w:p w14:paraId="693C4FE0" w14:textId="77777777" w:rsidR="0086463E" w:rsidRDefault="0086463E">
            <w:pPr>
              <w:spacing w:after="0" w:line="240" w:lineRule="auto"/>
              <w:jc w:val="center"/>
              <w:rPr>
                <w:rFonts w:eastAsia="Arial" w:cs="Arial"/>
                <w:sz w:val="16"/>
              </w:rPr>
            </w:pPr>
            <w:r>
              <w:rPr>
                <w:rFonts w:eastAsia="Arial" w:cs="Arial"/>
                <w:sz w:val="16"/>
              </w:rPr>
              <w:t>Tarih: __.__.____</w:t>
            </w:r>
            <w:r>
              <w:rPr>
                <w:rFonts w:eastAsia="Arial" w:cs="Arial"/>
                <w:sz w:val="16"/>
              </w:rPr>
              <w:br/>
            </w:r>
          </w:p>
          <w:p w14:paraId="53E3D28B" w14:textId="2D1712E3" w:rsidR="0086463E" w:rsidRDefault="0086463E">
            <w:pPr>
              <w:spacing w:after="0" w:line="240" w:lineRule="auto"/>
              <w:jc w:val="center"/>
            </w:pPr>
            <w:proofErr w:type="spellStart"/>
            <w:r>
              <w:rPr>
                <w:rFonts w:eastAsia="Arial" w:cs="Arial"/>
                <w:sz w:val="16"/>
              </w:rPr>
              <w:t>İmza</w:t>
            </w:r>
            <w:proofErr w:type="spellEnd"/>
            <w:r>
              <w:rPr>
                <w:rFonts w:eastAsia="Arial" w:cs="Arial"/>
                <w:sz w:val="16"/>
              </w:rPr>
              <w:t>: ________________________</w:t>
            </w:r>
          </w:p>
        </w:tc>
      </w:tr>
    </w:tbl>
    <w:p w14:paraId="3749E7ED" w14:textId="77777777" w:rsidR="0079432B" w:rsidRDefault="002E4245">
      <w:pPr>
        <w:spacing w:after="0"/>
      </w:pPr>
      <w:r>
        <w:rPr>
          <w:rFonts w:eastAsia="Arial" w:cs="Arial"/>
          <w:sz w:val="14"/>
        </w:rPr>
        <w:t xml:space="preserve">Not: </w:t>
      </w:r>
      <w:proofErr w:type="spellStart"/>
      <w:r>
        <w:rPr>
          <w:rFonts w:eastAsia="Arial" w:cs="Arial"/>
          <w:sz w:val="14"/>
        </w:rPr>
        <w:t>Onaylanan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kullanım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yalnızca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belirtilen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tarih</w:t>
      </w:r>
      <w:proofErr w:type="spellEnd"/>
      <w:r>
        <w:rPr>
          <w:rFonts w:eastAsia="Arial" w:cs="Arial"/>
          <w:sz w:val="14"/>
        </w:rPr>
        <w:t xml:space="preserve">, </w:t>
      </w:r>
      <w:proofErr w:type="spellStart"/>
      <w:r>
        <w:rPr>
          <w:rFonts w:eastAsia="Arial" w:cs="Arial"/>
          <w:sz w:val="14"/>
        </w:rPr>
        <w:t>süre</w:t>
      </w:r>
      <w:proofErr w:type="spellEnd"/>
      <w:r>
        <w:rPr>
          <w:rFonts w:eastAsia="Arial" w:cs="Arial"/>
          <w:sz w:val="14"/>
        </w:rPr>
        <w:t xml:space="preserve">, </w:t>
      </w:r>
      <w:proofErr w:type="spellStart"/>
      <w:r>
        <w:rPr>
          <w:rFonts w:eastAsia="Arial" w:cs="Arial"/>
          <w:sz w:val="14"/>
        </w:rPr>
        <w:t>kişi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ve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çalışma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kapsamı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için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geçerlidir</w:t>
      </w:r>
      <w:proofErr w:type="spellEnd"/>
      <w:r>
        <w:rPr>
          <w:rFonts w:eastAsia="Arial" w:cs="Arial"/>
          <w:sz w:val="14"/>
        </w:rPr>
        <w:t xml:space="preserve">. </w:t>
      </w:r>
      <w:proofErr w:type="spellStart"/>
      <w:r>
        <w:rPr>
          <w:rFonts w:eastAsia="Arial" w:cs="Arial"/>
          <w:sz w:val="14"/>
        </w:rPr>
        <w:t>Değişiklik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olması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hâlinde</w:t>
      </w:r>
      <w:proofErr w:type="spellEnd"/>
      <w:r>
        <w:rPr>
          <w:rFonts w:eastAsia="Arial" w:cs="Arial"/>
          <w:sz w:val="14"/>
        </w:rPr>
        <w:t xml:space="preserve"> yeni </w:t>
      </w:r>
      <w:proofErr w:type="spellStart"/>
      <w:r>
        <w:rPr>
          <w:rFonts w:eastAsia="Arial" w:cs="Arial"/>
          <w:sz w:val="14"/>
        </w:rPr>
        <w:t>talep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veya</w:t>
      </w:r>
      <w:proofErr w:type="spellEnd"/>
      <w:r>
        <w:rPr>
          <w:rFonts w:eastAsia="Arial" w:cs="Arial"/>
          <w:sz w:val="14"/>
        </w:rPr>
        <w:t xml:space="preserve"> ek </w:t>
      </w:r>
      <w:proofErr w:type="spellStart"/>
      <w:r>
        <w:rPr>
          <w:rFonts w:eastAsia="Arial" w:cs="Arial"/>
          <w:sz w:val="14"/>
        </w:rPr>
        <w:t>onay</w:t>
      </w:r>
      <w:proofErr w:type="spellEnd"/>
      <w:r>
        <w:rPr>
          <w:rFonts w:eastAsia="Arial" w:cs="Arial"/>
          <w:sz w:val="14"/>
        </w:rPr>
        <w:t xml:space="preserve"> </w:t>
      </w:r>
      <w:proofErr w:type="spellStart"/>
      <w:r>
        <w:rPr>
          <w:rFonts w:eastAsia="Arial" w:cs="Arial"/>
          <w:sz w:val="14"/>
        </w:rPr>
        <w:t>gerekebilir</w:t>
      </w:r>
      <w:proofErr w:type="spellEnd"/>
      <w:r>
        <w:rPr>
          <w:rFonts w:eastAsia="Arial" w:cs="Arial"/>
          <w:sz w:val="14"/>
        </w:rPr>
        <w:t>.</w:t>
      </w:r>
    </w:p>
    <w:sectPr w:rsidR="0079432B" w:rsidSect="00034616">
      <w:footerReference w:type="default" r:id="rId9"/>
      <w:pgSz w:w="12240" w:h="15840"/>
      <w:pgMar w:top="680" w:right="737" w:bottom="680" w:left="73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8A2A" w14:textId="77777777" w:rsidR="00555E05" w:rsidRDefault="00555E05">
      <w:pPr>
        <w:spacing w:after="0" w:line="240" w:lineRule="auto"/>
      </w:pPr>
      <w:r>
        <w:separator/>
      </w:r>
    </w:p>
  </w:endnote>
  <w:endnote w:type="continuationSeparator" w:id="0">
    <w:p w14:paraId="161C4F57" w14:textId="77777777" w:rsidR="00555E05" w:rsidRDefault="00555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F3E9" w14:textId="77777777" w:rsidR="0079432B" w:rsidRDefault="0079432B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515"/>
      <w:gridCol w:w="3515"/>
      <w:gridCol w:w="3515"/>
    </w:tblGrid>
    <w:tr w:rsidR="0079432B" w14:paraId="7A9E2997" w14:textId="77777777">
      <w:trPr>
        <w:jc w:val="center"/>
      </w:trPr>
      <w:tc>
        <w:tcPr>
          <w:tcW w:w="3515" w:type="dxa"/>
          <w:tcBorders>
            <w:top w:val="single" w:sz="4" w:space="0" w:color="B7B7B7"/>
            <w:left w:val="nil"/>
            <w:bottom w:val="nil"/>
            <w:right w:val="nil"/>
          </w:tcBorders>
        </w:tcPr>
        <w:p w14:paraId="5C79F275" w14:textId="77777777" w:rsidR="0079432B" w:rsidRDefault="002E4245">
          <w:pPr>
            <w:spacing w:after="0" w:line="240" w:lineRule="auto"/>
            <w:jc w:val="center"/>
          </w:pPr>
          <w:proofErr w:type="spellStart"/>
          <w:r>
            <w:rPr>
              <w:rFonts w:eastAsia="Arial" w:cs="Arial"/>
              <w:sz w:val="14"/>
            </w:rPr>
            <w:t>Hazırlayan</w:t>
          </w:r>
          <w:proofErr w:type="spellEnd"/>
          <w:r>
            <w:rPr>
              <w:rFonts w:eastAsia="Arial" w:cs="Arial"/>
              <w:sz w:val="14"/>
            </w:rPr>
            <w:t>: __________</w:t>
          </w:r>
        </w:p>
      </w:tc>
      <w:tc>
        <w:tcPr>
          <w:tcW w:w="3515" w:type="dxa"/>
          <w:tcBorders>
            <w:top w:val="single" w:sz="4" w:space="0" w:color="B7B7B7"/>
            <w:left w:val="nil"/>
            <w:bottom w:val="nil"/>
            <w:right w:val="nil"/>
          </w:tcBorders>
        </w:tcPr>
        <w:p w14:paraId="4D5750EA" w14:textId="77777777" w:rsidR="0079432B" w:rsidRDefault="002E4245">
          <w:pPr>
            <w:spacing w:after="0" w:line="240" w:lineRule="auto"/>
            <w:jc w:val="center"/>
          </w:pPr>
          <w:proofErr w:type="spellStart"/>
          <w:r>
            <w:rPr>
              <w:rFonts w:eastAsia="Arial" w:cs="Arial"/>
              <w:sz w:val="14"/>
            </w:rPr>
            <w:t>Kontrol</w:t>
          </w:r>
          <w:proofErr w:type="spellEnd"/>
          <w:r>
            <w:rPr>
              <w:rFonts w:eastAsia="Arial" w:cs="Arial"/>
              <w:sz w:val="14"/>
            </w:rPr>
            <w:t xml:space="preserve"> Eden: HÜBTAM </w:t>
          </w:r>
          <w:proofErr w:type="spellStart"/>
          <w:r>
            <w:rPr>
              <w:rFonts w:eastAsia="Arial" w:cs="Arial"/>
              <w:sz w:val="14"/>
            </w:rPr>
            <w:t>Kalite</w:t>
          </w:r>
          <w:proofErr w:type="spellEnd"/>
          <w:r>
            <w:rPr>
              <w:rFonts w:eastAsia="Arial" w:cs="Arial"/>
              <w:sz w:val="14"/>
            </w:rPr>
            <w:t xml:space="preserve"> </w:t>
          </w:r>
          <w:proofErr w:type="spellStart"/>
          <w:r>
            <w:rPr>
              <w:rFonts w:eastAsia="Arial" w:cs="Arial"/>
              <w:sz w:val="14"/>
            </w:rPr>
            <w:t>Birim</w:t>
          </w:r>
          <w:proofErr w:type="spellEnd"/>
          <w:r>
            <w:rPr>
              <w:rFonts w:eastAsia="Arial" w:cs="Arial"/>
              <w:sz w:val="14"/>
            </w:rPr>
            <w:t xml:space="preserve"> </w:t>
          </w:r>
          <w:proofErr w:type="spellStart"/>
          <w:r>
            <w:rPr>
              <w:rFonts w:eastAsia="Arial" w:cs="Arial"/>
              <w:sz w:val="14"/>
            </w:rPr>
            <w:t>Sorumlusu</w:t>
          </w:r>
          <w:proofErr w:type="spellEnd"/>
        </w:p>
      </w:tc>
      <w:tc>
        <w:tcPr>
          <w:tcW w:w="3515" w:type="dxa"/>
          <w:tcBorders>
            <w:top w:val="single" w:sz="4" w:space="0" w:color="B7B7B7"/>
            <w:left w:val="nil"/>
            <w:bottom w:val="nil"/>
            <w:right w:val="nil"/>
          </w:tcBorders>
        </w:tcPr>
        <w:p w14:paraId="29C80CC2" w14:textId="77777777" w:rsidR="0079432B" w:rsidRDefault="002E4245">
          <w:pPr>
            <w:spacing w:after="0" w:line="240" w:lineRule="auto"/>
            <w:jc w:val="center"/>
          </w:pPr>
          <w:proofErr w:type="spellStart"/>
          <w:r>
            <w:rPr>
              <w:rFonts w:eastAsia="Arial" w:cs="Arial"/>
              <w:sz w:val="14"/>
            </w:rPr>
            <w:t>Onaylayan</w:t>
          </w:r>
          <w:proofErr w:type="spellEnd"/>
          <w:r>
            <w:rPr>
              <w:rFonts w:eastAsia="Arial" w:cs="Arial"/>
              <w:sz w:val="14"/>
            </w:rPr>
            <w:t xml:space="preserve">: HÜBTAM </w:t>
          </w:r>
          <w:proofErr w:type="spellStart"/>
          <w:r>
            <w:rPr>
              <w:rFonts w:eastAsia="Arial" w:cs="Arial"/>
              <w:sz w:val="14"/>
            </w:rPr>
            <w:t>Müdürü</w:t>
          </w:r>
          <w:proofErr w:type="spellEnd"/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5AD7" w14:textId="77777777" w:rsidR="00555E05" w:rsidRDefault="00555E05">
      <w:pPr>
        <w:spacing w:after="0" w:line="240" w:lineRule="auto"/>
      </w:pPr>
      <w:r>
        <w:separator/>
      </w:r>
    </w:p>
  </w:footnote>
  <w:footnote w:type="continuationSeparator" w:id="0">
    <w:p w14:paraId="06F1A2E8" w14:textId="77777777" w:rsidR="00555E05" w:rsidRDefault="00555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5532829">
    <w:abstractNumId w:val="8"/>
  </w:num>
  <w:num w:numId="2" w16cid:durableId="218055304">
    <w:abstractNumId w:val="6"/>
  </w:num>
  <w:num w:numId="3" w16cid:durableId="1151210193">
    <w:abstractNumId w:val="5"/>
  </w:num>
  <w:num w:numId="4" w16cid:durableId="1427190217">
    <w:abstractNumId w:val="4"/>
  </w:num>
  <w:num w:numId="5" w16cid:durableId="258878069">
    <w:abstractNumId w:val="7"/>
  </w:num>
  <w:num w:numId="6" w16cid:durableId="1937669571">
    <w:abstractNumId w:val="3"/>
  </w:num>
  <w:num w:numId="7" w16cid:durableId="1596286698">
    <w:abstractNumId w:val="2"/>
  </w:num>
  <w:num w:numId="8" w16cid:durableId="95369235">
    <w:abstractNumId w:val="1"/>
  </w:num>
  <w:num w:numId="9" w16cid:durableId="8685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D84"/>
    <w:rsid w:val="0006063C"/>
    <w:rsid w:val="0015074B"/>
    <w:rsid w:val="00233850"/>
    <w:rsid w:val="0029639D"/>
    <w:rsid w:val="002E4245"/>
    <w:rsid w:val="00326F90"/>
    <w:rsid w:val="00555E05"/>
    <w:rsid w:val="006B1F16"/>
    <w:rsid w:val="0079432B"/>
    <w:rsid w:val="0082672A"/>
    <w:rsid w:val="0086463E"/>
    <w:rsid w:val="00976878"/>
    <w:rsid w:val="00AA1D8D"/>
    <w:rsid w:val="00B47730"/>
    <w:rsid w:val="00CB0664"/>
    <w:rsid w:val="00D5039F"/>
    <w:rsid w:val="00E66E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33FD5"/>
  <w14:defaultImageDpi w14:val="300"/>
  <w15:docId w15:val="{1A117E8B-F194-4F65-8E5D-2E6A1726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HÜBTAM Fiziki Laboratuvar Kullanım Talep Formu</dc:title>
  <dc:subject>HÜBTAM fiziki laboratuvar kullanım talebi</dc:subject>
  <dc:creator>HÜBTAM</dc:creator>
  <cp:keywords/>
  <dc:description>generated by python-docx</dc:description>
  <cp:lastModifiedBy>Öğr. Gör. Gjülten NEDJİP</cp:lastModifiedBy>
  <cp:revision>7</cp:revision>
  <dcterms:created xsi:type="dcterms:W3CDTF">2026-10-07T13:44:00Z</dcterms:created>
  <dcterms:modified xsi:type="dcterms:W3CDTF">2026-10-07T13:49:00Z</dcterms:modified>
  <cp:category/>
</cp:coreProperties>
</file>