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01"/>
        <w:gridCol w:w="6010"/>
        <w:gridCol w:w="2409"/>
      </w:tblGrid>
      <w:tr w:rsidR="00D16404" w14:paraId="5437430A" w14:textId="77777777">
        <w:trPr>
          <w:trHeight w:hRule="exact" w:val="1474"/>
          <w:jc w:val="center"/>
        </w:trPr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58E78C5" w14:textId="77777777" w:rsidR="00D16404" w:rsidRDefault="00AD5FFE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5860E66" wp14:editId="12E3378C">
                  <wp:extent cx="810000" cy="810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0000" cy="81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5BC02A6" w14:textId="77777777" w:rsidR="00D16404" w:rsidRDefault="00AD5FFE">
            <w:pPr>
              <w:jc w:val="center"/>
            </w:pPr>
            <w:r>
              <w:rPr>
                <w:b/>
                <w:sz w:val="26"/>
              </w:rPr>
              <w:t>T.C.</w:t>
            </w:r>
            <w:r>
              <w:br/>
            </w:r>
            <w:r>
              <w:rPr>
                <w:b/>
                <w:sz w:val="26"/>
              </w:rPr>
              <w:t>HARRAN ÜNİVERSİTESİ</w:t>
            </w:r>
            <w:r>
              <w:br/>
            </w:r>
            <w:r>
              <w:rPr>
                <w:b/>
                <w:sz w:val="26"/>
              </w:rPr>
              <w:t>HÜBTAM ANALİZ İŞ AKIŞI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2409"/>
            </w:tblGrid>
            <w:tr w:rsidR="00D16404" w14:paraId="59A36D57" w14:textId="77777777">
              <w:trPr>
                <w:jc w:val="center"/>
              </w:trPr>
              <w:tc>
                <w:tcPr>
                  <w:tcW w:w="24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45" w:type="dxa"/>
                    <w:bottom w:w="15" w:type="dxa"/>
                    <w:right w:w="45" w:type="dxa"/>
                  </w:tcMar>
                  <w:vAlign w:val="center"/>
                </w:tcPr>
                <w:p w14:paraId="18BE5A85" w14:textId="78D57B61" w:rsidR="00D16404" w:rsidRDefault="00AD5FFE">
                  <w:proofErr w:type="spellStart"/>
                  <w:r>
                    <w:rPr>
                      <w:sz w:val="17"/>
                    </w:rPr>
                    <w:t>Doküman</w:t>
                  </w:r>
                  <w:proofErr w:type="spellEnd"/>
                  <w:r>
                    <w:rPr>
                      <w:sz w:val="17"/>
                    </w:rPr>
                    <w:t xml:space="preserve"> No: </w:t>
                  </w:r>
                  <w:r w:rsidR="0096612A">
                    <w:rPr>
                      <w:sz w:val="17"/>
                    </w:rPr>
                    <w:t xml:space="preserve"> FRM-</w:t>
                  </w:r>
                  <w:r w:rsidR="00B349C4">
                    <w:rPr>
                      <w:sz w:val="17"/>
                    </w:rPr>
                    <w:t>0002</w:t>
                  </w:r>
                </w:p>
              </w:tc>
            </w:tr>
            <w:tr w:rsidR="00D16404" w14:paraId="2B2E42FA" w14:textId="77777777">
              <w:trPr>
                <w:jc w:val="center"/>
              </w:trPr>
              <w:tc>
                <w:tcPr>
                  <w:tcW w:w="24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45" w:type="dxa"/>
                    <w:bottom w:w="15" w:type="dxa"/>
                    <w:right w:w="45" w:type="dxa"/>
                  </w:tcMar>
                  <w:vAlign w:val="center"/>
                </w:tcPr>
                <w:p w14:paraId="6DA69851" w14:textId="1041B67A" w:rsidR="00D16404" w:rsidRDefault="00AD5FFE">
                  <w:proofErr w:type="spellStart"/>
                  <w:r>
                    <w:rPr>
                      <w:sz w:val="17"/>
                    </w:rPr>
                    <w:t>Revizyon</w:t>
                  </w:r>
                  <w:proofErr w:type="spellEnd"/>
                  <w:r>
                    <w:rPr>
                      <w:sz w:val="17"/>
                    </w:rPr>
                    <w:t xml:space="preserve"> No: </w:t>
                  </w:r>
                  <w:r w:rsidR="00B349C4">
                    <w:rPr>
                      <w:sz w:val="17"/>
                    </w:rPr>
                    <w:t>01</w:t>
                  </w:r>
                </w:p>
              </w:tc>
            </w:tr>
            <w:tr w:rsidR="00D16404" w14:paraId="408704FF" w14:textId="77777777">
              <w:trPr>
                <w:jc w:val="center"/>
              </w:trPr>
              <w:tc>
                <w:tcPr>
                  <w:tcW w:w="24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45" w:type="dxa"/>
                    <w:bottom w:w="15" w:type="dxa"/>
                    <w:right w:w="45" w:type="dxa"/>
                  </w:tcMar>
                  <w:vAlign w:val="center"/>
                </w:tcPr>
                <w:p w14:paraId="28CC4BDC" w14:textId="6ADF302E" w:rsidR="00D16404" w:rsidRDefault="00AD5FFE">
                  <w:proofErr w:type="spellStart"/>
                  <w:r>
                    <w:rPr>
                      <w:sz w:val="17"/>
                    </w:rPr>
                    <w:t>Yayın</w:t>
                  </w:r>
                  <w:proofErr w:type="spellEnd"/>
                  <w:r>
                    <w:rPr>
                      <w:sz w:val="17"/>
                    </w:rPr>
                    <w:t xml:space="preserve"> Tarihi: </w:t>
                  </w:r>
                  <w:r w:rsidR="00B349C4">
                    <w:rPr>
                      <w:sz w:val="17"/>
                    </w:rPr>
                    <w:t>10</w:t>
                  </w:r>
                  <w:r>
                    <w:rPr>
                      <w:sz w:val="17"/>
                    </w:rPr>
                    <w:t>.</w:t>
                  </w:r>
                  <w:r w:rsidR="00B349C4">
                    <w:rPr>
                      <w:sz w:val="17"/>
                    </w:rPr>
                    <w:t>09</w:t>
                  </w:r>
                  <w:r>
                    <w:rPr>
                      <w:sz w:val="17"/>
                    </w:rPr>
                    <w:t>.</w:t>
                  </w:r>
                  <w:r w:rsidR="00B349C4">
                    <w:rPr>
                      <w:sz w:val="17"/>
                    </w:rPr>
                    <w:t>2020</w:t>
                  </w:r>
                </w:p>
              </w:tc>
            </w:tr>
            <w:tr w:rsidR="00D16404" w14:paraId="668EBC25" w14:textId="77777777">
              <w:trPr>
                <w:jc w:val="center"/>
              </w:trPr>
              <w:tc>
                <w:tcPr>
                  <w:tcW w:w="24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45" w:type="dxa"/>
                    <w:bottom w:w="15" w:type="dxa"/>
                    <w:right w:w="45" w:type="dxa"/>
                  </w:tcMar>
                  <w:vAlign w:val="center"/>
                </w:tcPr>
                <w:p w14:paraId="16D78ED2" w14:textId="43FA8E2E" w:rsidR="00D16404" w:rsidRDefault="00AD5FFE">
                  <w:proofErr w:type="spellStart"/>
                  <w:r>
                    <w:rPr>
                      <w:sz w:val="17"/>
                    </w:rPr>
                    <w:t>Revizyon</w:t>
                  </w:r>
                  <w:proofErr w:type="spellEnd"/>
                  <w:r>
                    <w:rPr>
                      <w:sz w:val="17"/>
                    </w:rPr>
                    <w:t xml:space="preserve"> </w:t>
                  </w:r>
                  <w:proofErr w:type="spellStart"/>
                  <w:r>
                    <w:rPr>
                      <w:sz w:val="17"/>
                    </w:rPr>
                    <w:t>Tarihi</w:t>
                  </w:r>
                  <w:proofErr w:type="spellEnd"/>
                  <w:r>
                    <w:rPr>
                      <w:sz w:val="17"/>
                    </w:rPr>
                    <w:t xml:space="preserve">: </w:t>
                  </w:r>
                  <w:r w:rsidR="00B349C4">
                    <w:rPr>
                      <w:sz w:val="17"/>
                    </w:rPr>
                    <w:t>30.01.2024</w:t>
                  </w:r>
                </w:p>
              </w:tc>
            </w:tr>
            <w:tr w:rsidR="00D16404" w14:paraId="57935DF7" w14:textId="77777777">
              <w:trPr>
                <w:jc w:val="center"/>
              </w:trPr>
              <w:tc>
                <w:tcPr>
                  <w:tcW w:w="24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45" w:type="dxa"/>
                    <w:bottom w:w="15" w:type="dxa"/>
                    <w:right w:w="45" w:type="dxa"/>
                  </w:tcMar>
                  <w:vAlign w:val="center"/>
                </w:tcPr>
                <w:p w14:paraId="0CD4B794" w14:textId="77777777" w:rsidR="00D16404" w:rsidRDefault="00AD5FFE">
                  <w:r>
                    <w:rPr>
                      <w:sz w:val="17"/>
                    </w:rPr>
                    <w:t>Sayfa No: 1/1</w:t>
                  </w:r>
                </w:p>
              </w:tc>
            </w:tr>
          </w:tbl>
          <w:p w14:paraId="4B88A538" w14:textId="77777777" w:rsidR="00D16404" w:rsidRDefault="00D16404"/>
        </w:tc>
      </w:tr>
    </w:tbl>
    <w:p w14:paraId="6713AD79" w14:textId="77777777" w:rsidR="00D16404" w:rsidRDefault="00D16404">
      <w:pPr>
        <w:spacing w:after="40" w:line="40" w:lineRule="exact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675"/>
        <w:gridCol w:w="1530"/>
      </w:tblGrid>
      <w:tr w:rsidR="00D16404" w14:paraId="573CADED" w14:textId="77777777">
        <w:trPr>
          <w:trHeight w:hRule="exact" w:val="595"/>
          <w:jc w:val="center"/>
        </w:trPr>
        <w:tc>
          <w:tcPr>
            <w:tcW w:w="867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F2E8CC" w14:textId="77777777" w:rsidR="00D16404" w:rsidRDefault="00AD5FFE">
            <w:pPr>
              <w:jc w:val="center"/>
            </w:pPr>
            <w:r>
              <w:rPr>
                <w:b/>
                <w:sz w:val="24"/>
              </w:rPr>
              <w:t>İş Akışı Adımları</w:t>
            </w:r>
          </w:p>
        </w:tc>
        <w:tc>
          <w:tcPr>
            <w:tcW w:w="15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D9E541" w14:textId="77777777" w:rsidR="00D16404" w:rsidRDefault="00AD5FFE">
            <w:pPr>
              <w:jc w:val="center"/>
            </w:pPr>
            <w:r>
              <w:rPr>
                <w:b/>
                <w:sz w:val="22"/>
              </w:rPr>
              <w:t>İlgili</w:t>
            </w:r>
            <w:r>
              <w:br/>
            </w:r>
            <w:r>
              <w:rPr>
                <w:b/>
                <w:sz w:val="22"/>
              </w:rPr>
              <w:t>Dokümanlar</w:t>
            </w:r>
          </w:p>
        </w:tc>
      </w:tr>
      <w:tr w:rsidR="00D16404" w14:paraId="7F1CC5BE" w14:textId="77777777">
        <w:trPr>
          <w:trHeight w:hRule="exact" w:val="11254"/>
          <w:jc w:val="center"/>
        </w:trPr>
        <w:tc>
          <w:tcPr>
            <w:tcW w:w="867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E94998" w14:textId="77777777" w:rsidR="00D16404" w:rsidRDefault="00AD5FFE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1D6BD31" wp14:editId="1624D7A5">
                  <wp:extent cx="4752000" cy="6925588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HUBTAM_ANALIZ_IS_AKISI_FLOW_FINAL.pn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52000" cy="69255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55" w:type="dxa"/>
              <w:bottom w:w="0" w:type="dxa"/>
              <w:right w:w="55" w:type="dxa"/>
            </w:tcMar>
          </w:tcPr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332"/>
            </w:tblGrid>
            <w:tr w:rsidR="00D16404" w14:paraId="1F0CDE17" w14:textId="77777777">
              <w:trPr>
                <w:trHeight w:hRule="exact" w:val="1474"/>
              </w:trPr>
              <w:tc>
                <w:tcPr>
                  <w:tcW w:w="13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9B926A9" w14:textId="77777777" w:rsidR="00D16404" w:rsidRDefault="00AD5FFE">
                  <w:pPr>
                    <w:jc w:val="center"/>
                  </w:pPr>
                  <w:r>
                    <w:rPr>
                      <w:sz w:val="15"/>
                    </w:rPr>
                    <w:t>LABSİS /</w:t>
                  </w:r>
                  <w:r>
                    <w:br/>
                  </w:r>
                  <w:r>
                    <w:rPr>
                      <w:sz w:val="15"/>
                    </w:rPr>
                    <w:t>Analiz Talebi</w:t>
                  </w:r>
                </w:p>
              </w:tc>
            </w:tr>
            <w:tr w:rsidR="00D16404" w14:paraId="59463384" w14:textId="77777777">
              <w:trPr>
                <w:trHeight w:hRule="exact" w:val="1276"/>
              </w:trPr>
              <w:tc>
                <w:tcPr>
                  <w:tcW w:w="133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BB0D0C7" w14:textId="77777777" w:rsidR="00D16404" w:rsidRDefault="00D16404"/>
              </w:tc>
            </w:tr>
            <w:tr w:rsidR="00D16404" w14:paraId="461B4C25" w14:textId="77777777">
              <w:trPr>
                <w:trHeight w:hRule="exact" w:val="1247"/>
              </w:trPr>
              <w:tc>
                <w:tcPr>
                  <w:tcW w:w="13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53324E5" w14:textId="77777777" w:rsidR="00D16404" w:rsidRDefault="00AD5FFE">
                  <w:pPr>
                    <w:jc w:val="center"/>
                  </w:pPr>
                  <w:r>
                    <w:rPr>
                      <w:sz w:val="15"/>
                    </w:rPr>
                    <w:t>Numune Kabul</w:t>
                  </w:r>
                  <w:r>
                    <w:br/>
                  </w:r>
                  <w:r>
                    <w:rPr>
                      <w:sz w:val="15"/>
                    </w:rPr>
                    <w:t>Formu / Kriterleri</w:t>
                  </w:r>
                </w:p>
              </w:tc>
            </w:tr>
            <w:tr w:rsidR="00D16404" w14:paraId="0FE214C4" w14:textId="77777777">
              <w:trPr>
                <w:trHeight w:hRule="exact" w:val="1587"/>
              </w:trPr>
              <w:tc>
                <w:tcPr>
                  <w:tcW w:w="133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044F119" w14:textId="77777777" w:rsidR="00D16404" w:rsidRDefault="00D16404"/>
              </w:tc>
            </w:tr>
            <w:tr w:rsidR="00D16404" w14:paraId="067AD636" w14:textId="77777777">
              <w:trPr>
                <w:trHeight w:hRule="exact" w:val="1701"/>
              </w:trPr>
              <w:tc>
                <w:tcPr>
                  <w:tcW w:w="13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F435E05" w14:textId="77777777" w:rsidR="00D16404" w:rsidRDefault="00AD5FFE">
                  <w:pPr>
                    <w:jc w:val="center"/>
                  </w:pPr>
                  <w:r>
                    <w:rPr>
                      <w:sz w:val="15"/>
                    </w:rPr>
                    <w:t>Analiz Metodu /</w:t>
                  </w:r>
                  <w:r>
                    <w:br/>
                  </w:r>
                  <w:r>
                    <w:rPr>
                      <w:sz w:val="15"/>
                    </w:rPr>
                    <w:t>Cihaz Talimatı</w:t>
                  </w:r>
                </w:p>
              </w:tc>
            </w:tr>
            <w:tr w:rsidR="00D16404" w14:paraId="7AD690DE" w14:textId="77777777">
              <w:trPr>
                <w:trHeight w:hRule="exact" w:val="1559"/>
              </w:trPr>
              <w:tc>
                <w:tcPr>
                  <w:tcW w:w="133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1789AC7" w14:textId="77777777" w:rsidR="00D16404" w:rsidRDefault="00D16404"/>
              </w:tc>
            </w:tr>
            <w:tr w:rsidR="00D16404" w14:paraId="21C49900" w14:textId="77777777">
              <w:trPr>
                <w:trHeight w:hRule="exact" w:val="1191"/>
              </w:trPr>
              <w:tc>
                <w:tcPr>
                  <w:tcW w:w="13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48086EB" w14:textId="77777777" w:rsidR="00D16404" w:rsidRDefault="00AD5FFE">
                  <w:pPr>
                    <w:jc w:val="center"/>
                  </w:pPr>
                  <w:r>
                    <w:rPr>
                      <w:sz w:val="15"/>
                    </w:rPr>
                    <w:t>Analiz Sonucu /</w:t>
                  </w:r>
                  <w:r>
                    <w:br/>
                  </w:r>
                  <w:r>
                    <w:rPr>
                      <w:sz w:val="15"/>
                    </w:rPr>
                    <w:t>Arşiv Kaydı</w:t>
                  </w:r>
                </w:p>
              </w:tc>
            </w:tr>
            <w:tr w:rsidR="00D16404" w14:paraId="217C9809" w14:textId="77777777">
              <w:trPr>
                <w:trHeight w:hRule="exact" w:val="964"/>
              </w:trPr>
              <w:tc>
                <w:tcPr>
                  <w:tcW w:w="13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E2E4E40" w14:textId="77777777" w:rsidR="00D16404" w:rsidRDefault="00AD5FFE">
                  <w:pPr>
                    <w:jc w:val="center"/>
                  </w:pPr>
                  <w:r>
                    <w:rPr>
                      <w:sz w:val="15"/>
                    </w:rPr>
                    <w:t>Fatura /</w:t>
                  </w:r>
                  <w:r>
                    <w:br/>
                  </w:r>
                  <w:r>
                    <w:rPr>
                      <w:sz w:val="15"/>
                    </w:rPr>
                    <w:t>Ödeme Dekontu</w:t>
                  </w:r>
                </w:p>
              </w:tc>
            </w:tr>
            <w:tr w:rsidR="00D16404" w14:paraId="38361599" w14:textId="77777777">
              <w:trPr>
                <w:trHeight w:hRule="exact" w:val="1020"/>
              </w:trPr>
              <w:tc>
                <w:tcPr>
                  <w:tcW w:w="133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3E1603E" w14:textId="77777777" w:rsidR="00D16404" w:rsidRDefault="00D16404"/>
              </w:tc>
            </w:tr>
          </w:tbl>
          <w:p w14:paraId="0DE757B7" w14:textId="77777777" w:rsidR="00D16404" w:rsidRDefault="00D16404"/>
        </w:tc>
      </w:tr>
    </w:tbl>
    <w:p w14:paraId="0DDB080E" w14:textId="77777777" w:rsidR="00D16404" w:rsidRDefault="00D16404">
      <w:pPr>
        <w:spacing w:line="80" w:lineRule="exact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5216"/>
        <w:gridCol w:w="2721"/>
      </w:tblGrid>
      <w:tr w:rsidR="00D16404" w14:paraId="2BE538C1" w14:textId="77777777">
        <w:trPr>
          <w:trHeight w:hRule="exact" w:val="351"/>
          <w:jc w:val="center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6D0C8A5" w14:textId="77777777" w:rsidR="00D16404" w:rsidRDefault="00AD5FFE">
            <w:pPr>
              <w:jc w:val="center"/>
            </w:pPr>
            <w:r>
              <w:rPr>
                <w:b/>
              </w:rPr>
              <w:t>Kontrol Eden</w:t>
            </w:r>
          </w:p>
        </w:tc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2AE2753" w14:textId="77777777" w:rsidR="00D16404" w:rsidRDefault="00AD5FFE">
            <w:pPr>
              <w:jc w:val="center"/>
            </w:pPr>
            <w:r>
              <w:rPr>
                <w:sz w:val="19"/>
              </w:rPr>
              <w:t>HÜBTAM Kalite Birim Sorumlusu</w:t>
            </w:r>
          </w:p>
        </w:tc>
        <w:tc>
          <w:tcPr>
            <w:tcW w:w="272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E277CA2" w14:textId="77777777" w:rsidR="00D16404" w:rsidRDefault="00AD5FFE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E719C6D" wp14:editId="078AC004">
                  <wp:extent cx="1116000" cy="426025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6000" cy="426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6404" w14:paraId="5D30749C" w14:textId="77777777">
        <w:trPr>
          <w:trHeight w:hRule="exact" w:val="351"/>
          <w:jc w:val="center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3BF1F27" w14:textId="77777777" w:rsidR="00D16404" w:rsidRDefault="00AD5FFE">
            <w:pPr>
              <w:jc w:val="center"/>
            </w:pPr>
            <w:r>
              <w:rPr>
                <w:b/>
              </w:rPr>
              <w:t>Onaylayan</w:t>
            </w:r>
          </w:p>
        </w:tc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61AE93F" w14:textId="77777777" w:rsidR="00D16404" w:rsidRDefault="00AD5FFE">
            <w:pPr>
              <w:jc w:val="center"/>
            </w:pPr>
            <w:r>
              <w:rPr>
                <w:sz w:val="19"/>
              </w:rPr>
              <w:t>HÜBTAM Müdürü</w:t>
            </w:r>
          </w:p>
        </w:tc>
        <w:tc>
          <w:tcPr>
            <w:tcW w:w="27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172D3B3" w14:textId="77777777" w:rsidR="00D16404" w:rsidRDefault="00D16404"/>
        </w:tc>
      </w:tr>
    </w:tbl>
    <w:p w14:paraId="26F664CF" w14:textId="77777777" w:rsidR="00AD5FFE" w:rsidRDefault="00AD5FFE"/>
    <w:sectPr w:rsidR="00AD5FFE" w:rsidSect="00034616">
      <w:pgSz w:w="11906" w:h="16838"/>
      <w:pgMar w:top="425" w:right="652" w:bottom="369" w:left="652" w:header="170" w:footer="17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71102359">
    <w:abstractNumId w:val="8"/>
  </w:num>
  <w:num w:numId="2" w16cid:durableId="464736488">
    <w:abstractNumId w:val="6"/>
  </w:num>
  <w:num w:numId="3" w16cid:durableId="1659338692">
    <w:abstractNumId w:val="5"/>
  </w:num>
  <w:num w:numId="4" w16cid:durableId="2073312520">
    <w:abstractNumId w:val="4"/>
  </w:num>
  <w:num w:numId="5" w16cid:durableId="913858224">
    <w:abstractNumId w:val="7"/>
  </w:num>
  <w:num w:numId="6" w16cid:durableId="1543056856">
    <w:abstractNumId w:val="3"/>
  </w:num>
  <w:num w:numId="7" w16cid:durableId="616062668">
    <w:abstractNumId w:val="2"/>
  </w:num>
  <w:num w:numId="8" w16cid:durableId="1001353428">
    <w:abstractNumId w:val="1"/>
  </w:num>
  <w:num w:numId="9" w16cid:durableId="14412209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400DD"/>
    <w:rsid w:val="00414DB2"/>
    <w:rsid w:val="0096612A"/>
    <w:rsid w:val="00AA1D8D"/>
    <w:rsid w:val="00AD5FFE"/>
    <w:rsid w:val="00B349C4"/>
    <w:rsid w:val="00B47730"/>
    <w:rsid w:val="00CB0664"/>
    <w:rsid w:val="00CD5992"/>
    <w:rsid w:val="00D1640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7F0DDC"/>
  <w14:defaultImageDpi w14:val="300"/>
  <w15:docId w15:val="{6B90358B-1977-4908-A953-53B2D9BE4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Times New Roman" w:hAnsi="Times New Roman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HÜBTAM Analiz İş Akışı</dc:title>
  <dc:subject>Analiz İş Akışı</dc:subject>
  <dc:creator>Harran Üniversitesi HÜBTAM</dc:creator>
  <cp:keywords/>
  <dc:description>generated by python-docx</dc:description>
  <cp:lastModifiedBy>Öğr. Gör. Gjülten NEDJİP</cp:lastModifiedBy>
  <cp:revision>4</cp:revision>
  <dcterms:created xsi:type="dcterms:W3CDTF">2026-10-07T12:44:00Z</dcterms:created>
  <dcterms:modified xsi:type="dcterms:W3CDTF">2026-10-14T13:10:00Z</dcterms:modified>
  <cp:category/>
</cp:coreProperties>
</file>